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72D7" w14:textId="77777777" w:rsidR="004B6FFA" w:rsidRPr="00541297" w:rsidRDefault="00E36FA3" w:rsidP="00541297">
      <w:pPr>
        <w:pStyle w:val="Nagwek1"/>
        <w:spacing w:before="160" w:after="80" w:line="360" w:lineRule="auto"/>
        <w:rPr>
          <w:rFonts w:ascii="Times New Roman" w:hAnsi="Times New Roman" w:cs="Times New Roman"/>
          <w:sz w:val="24"/>
          <w:szCs w:val="24"/>
        </w:rPr>
      </w:pPr>
      <w:r w:rsidRPr="00541297">
        <w:rPr>
          <w:rFonts w:ascii="Times New Roman" w:hAnsi="Times New Roman" w:cs="Times New Roman"/>
          <w:sz w:val="24"/>
          <w:szCs w:val="24"/>
        </w:rPr>
        <w:t>Załącznik nr 1 – Formularz ofertowy</w:t>
      </w:r>
    </w:p>
    <w:p w14:paraId="4C3CA096" w14:textId="77777777" w:rsidR="004B6FFA" w:rsidRPr="00541297" w:rsidRDefault="00E36FA3" w:rsidP="00541297">
      <w:pPr>
        <w:spacing w:after="100" w:line="360" w:lineRule="auto"/>
      </w:pPr>
      <w:r w:rsidRPr="00541297">
        <w:t>Nazwa Wykonawcy: ........................................................................................................</w:t>
      </w:r>
    </w:p>
    <w:p w14:paraId="4CE96558" w14:textId="77777777" w:rsidR="004B6FFA" w:rsidRPr="00541297" w:rsidRDefault="00E36FA3" w:rsidP="00541297">
      <w:pPr>
        <w:spacing w:after="100" w:line="360" w:lineRule="auto"/>
      </w:pPr>
      <w:r w:rsidRPr="00541297">
        <w:t>Adres: .............................................................................................................................</w:t>
      </w:r>
    </w:p>
    <w:p w14:paraId="30E1CC6B" w14:textId="77777777" w:rsidR="004B6FFA" w:rsidRPr="00541297" w:rsidRDefault="00E36FA3" w:rsidP="00541297">
      <w:pPr>
        <w:spacing w:after="100" w:line="360" w:lineRule="auto"/>
      </w:pPr>
      <w:r w:rsidRPr="00541297">
        <w:t>NIP/REGON/KRS/CEIDG: ...............................................................................................</w:t>
      </w:r>
    </w:p>
    <w:p w14:paraId="616BEA7A" w14:textId="77777777" w:rsidR="004B6FFA" w:rsidRPr="00541297" w:rsidRDefault="00E36FA3" w:rsidP="00541297">
      <w:pPr>
        <w:spacing w:after="100" w:line="360" w:lineRule="auto"/>
      </w:pPr>
      <w:r w:rsidRPr="00541297">
        <w:t>Osoba do kontaktu, telefon, e-mail: ...............................................................................</w:t>
      </w:r>
    </w:p>
    <w:p w14:paraId="040F40B6" w14:textId="57017807" w:rsidR="004B6FFA" w:rsidRPr="00541297" w:rsidRDefault="00E36FA3" w:rsidP="00541297">
      <w:pPr>
        <w:spacing w:after="100" w:line="360" w:lineRule="auto"/>
        <w:jc w:val="both"/>
      </w:pPr>
      <w:r w:rsidRPr="00541297">
        <w:t>W odpowiedzi na za</w:t>
      </w:r>
      <w:r w:rsidR="003338D1" w:rsidRPr="00541297">
        <w:t>roszenie do składania ofert</w:t>
      </w:r>
      <w:r w:rsidRPr="00541297">
        <w:t xml:space="preserve"> dotyczące opracowania PFU dla zadania pn. </w:t>
      </w:r>
      <w:r w:rsidR="00C170C4" w:rsidRPr="00541297">
        <w:t xml:space="preserve">„Rozbudowa oczyszczalni ścieków w Wilczętach poprzez budowę trzcinowych poletek osadowych do zagospodarowania osadów ściekowych wraz z niezbędną infrastrukturą towarzyszącą – opracowanie programu funkcjonalno-użytkowego” </w:t>
      </w:r>
      <w:r w:rsidRPr="00541297">
        <w:t>oferujemy wykonanie przedmiotu zamówienia za wynagrodzenie:</w:t>
      </w:r>
    </w:p>
    <w:tbl>
      <w:tblPr>
        <w:tblStyle w:val="Tabela-Siatka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4B6FFA" w:rsidRPr="00541297" w14:paraId="573DDAC2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5832394B" w14:textId="77777777" w:rsidR="004B6FFA" w:rsidRPr="00541297" w:rsidRDefault="00E36FA3" w:rsidP="00541297">
            <w:pPr>
              <w:spacing w:line="360" w:lineRule="auto"/>
            </w:pPr>
            <w:r w:rsidRPr="00541297">
              <w:rPr>
                <w:b/>
              </w:rPr>
              <w:t>Cena netto</w:t>
            </w:r>
          </w:p>
        </w:tc>
        <w:tc>
          <w:tcPr>
            <w:tcW w:w="2835" w:type="dxa"/>
            <w:shd w:val="clear" w:color="auto" w:fill="D9EAF7"/>
          </w:tcPr>
          <w:p w14:paraId="19CCCE69" w14:textId="77777777" w:rsidR="004B6FFA" w:rsidRPr="00541297" w:rsidRDefault="00E36FA3" w:rsidP="00541297">
            <w:pPr>
              <w:spacing w:line="360" w:lineRule="auto"/>
            </w:pPr>
            <w:r w:rsidRPr="00541297">
              <w:rPr>
                <w:b/>
              </w:rPr>
              <w:t>VAT</w:t>
            </w:r>
          </w:p>
        </w:tc>
        <w:tc>
          <w:tcPr>
            <w:tcW w:w="2835" w:type="dxa"/>
            <w:shd w:val="clear" w:color="auto" w:fill="D9EAF7"/>
          </w:tcPr>
          <w:p w14:paraId="611755A7" w14:textId="77777777" w:rsidR="004B6FFA" w:rsidRPr="00541297" w:rsidRDefault="00E36FA3" w:rsidP="00541297">
            <w:pPr>
              <w:spacing w:line="360" w:lineRule="auto"/>
            </w:pPr>
            <w:r w:rsidRPr="00541297">
              <w:rPr>
                <w:b/>
              </w:rPr>
              <w:t>Cena brutto</w:t>
            </w:r>
          </w:p>
        </w:tc>
      </w:tr>
      <w:tr w:rsidR="004B6FFA" w:rsidRPr="00541297" w14:paraId="0D9BDAEE" w14:textId="77777777">
        <w:trPr>
          <w:jc w:val="center"/>
        </w:trPr>
        <w:tc>
          <w:tcPr>
            <w:tcW w:w="2835" w:type="dxa"/>
          </w:tcPr>
          <w:p w14:paraId="7AFE1E50" w14:textId="77777777" w:rsidR="004B6FFA" w:rsidRPr="00541297" w:rsidRDefault="00E36FA3" w:rsidP="00541297">
            <w:pPr>
              <w:spacing w:line="360" w:lineRule="auto"/>
            </w:pPr>
            <w:r w:rsidRPr="00541297">
              <w:t>........................ PLN</w:t>
            </w:r>
          </w:p>
        </w:tc>
        <w:tc>
          <w:tcPr>
            <w:tcW w:w="2835" w:type="dxa"/>
          </w:tcPr>
          <w:p w14:paraId="01DDDB1A" w14:textId="77777777" w:rsidR="004B6FFA" w:rsidRPr="00541297" w:rsidRDefault="00E36FA3" w:rsidP="00541297">
            <w:pPr>
              <w:spacing w:line="360" w:lineRule="auto"/>
            </w:pPr>
            <w:r w:rsidRPr="00541297">
              <w:t>........................ PLN</w:t>
            </w:r>
          </w:p>
        </w:tc>
        <w:tc>
          <w:tcPr>
            <w:tcW w:w="2835" w:type="dxa"/>
          </w:tcPr>
          <w:p w14:paraId="372B279F" w14:textId="77777777" w:rsidR="004B6FFA" w:rsidRPr="00541297" w:rsidRDefault="00E36FA3" w:rsidP="00541297">
            <w:pPr>
              <w:spacing w:line="360" w:lineRule="auto"/>
            </w:pPr>
            <w:r w:rsidRPr="00541297">
              <w:t>........................ PLN</w:t>
            </w:r>
          </w:p>
        </w:tc>
      </w:tr>
    </w:tbl>
    <w:p w14:paraId="2F2A909D" w14:textId="77777777" w:rsidR="004B6FFA" w:rsidRPr="00541297" w:rsidRDefault="004B6FFA" w:rsidP="00541297">
      <w:pPr>
        <w:spacing w:after="100" w:line="360" w:lineRule="auto"/>
      </w:pPr>
    </w:p>
    <w:p w14:paraId="3F0D7954" w14:textId="679D9B2B" w:rsidR="004B6FFA" w:rsidRPr="00541297" w:rsidRDefault="00E36FA3" w:rsidP="00541297">
      <w:pPr>
        <w:spacing w:after="100" w:line="360" w:lineRule="auto"/>
        <w:jc w:val="both"/>
      </w:pPr>
      <w:r w:rsidRPr="00541297">
        <w:t xml:space="preserve">Oświadczamy, że cena obejmuje wszystkie koszty wykonania zamówienia, w tym minimum </w:t>
      </w:r>
      <w:r w:rsidR="00595A56">
        <w:br/>
      </w:r>
      <w:r w:rsidRPr="00541297">
        <w:t>5 odwiertów badawczych, opracowanie dokumentacji geotechnicznej, wizje lokalne, konsultacje, opracowanie PFU, część rysunkową, zestawienie kosztów oraz przekazanie dokumentacji w wymaganej liczbie egzemplarzy i formatach.</w:t>
      </w:r>
    </w:p>
    <w:p w14:paraId="02F45D1E" w14:textId="77777777" w:rsidR="004B6FFA" w:rsidRPr="00541297" w:rsidRDefault="00E36FA3" w:rsidP="00541297">
      <w:pPr>
        <w:spacing w:after="100" w:line="360" w:lineRule="auto"/>
        <w:jc w:val="both"/>
      </w:pPr>
      <w:r w:rsidRPr="00541297">
        <w:t>Oświadczamy, że zapoznaliśmy się z treścią zapytania ofertowego i akceptujemy jego warunki bez zastrzeżeń.</w:t>
      </w:r>
    </w:p>
    <w:p w14:paraId="511C086A" w14:textId="77777777" w:rsidR="00C170C4" w:rsidRPr="00541297" w:rsidRDefault="00C170C4" w:rsidP="00541297">
      <w:pPr>
        <w:spacing w:after="100" w:line="360" w:lineRule="auto"/>
        <w:jc w:val="both"/>
      </w:pPr>
    </w:p>
    <w:p w14:paraId="73A4F3F4" w14:textId="77777777" w:rsidR="004B6FFA" w:rsidRPr="00541297" w:rsidRDefault="00E36FA3" w:rsidP="00541297">
      <w:pPr>
        <w:spacing w:after="100" w:line="360" w:lineRule="auto"/>
      </w:pPr>
      <w:r w:rsidRPr="00541297">
        <w:t>Miejscowość, data i podpis osoby uprawnionej: ............................................................</w:t>
      </w:r>
    </w:p>
    <w:p w14:paraId="1A2FD05B" w14:textId="77777777" w:rsidR="004B6FFA" w:rsidRPr="00541297" w:rsidRDefault="00E36FA3" w:rsidP="00541297">
      <w:pPr>
        <w:spacing w:after="100" w:line="360" w:lineRule="auto"/>
      </w:pPr>
      <w:r w:rsidRPr="00541297">
        <w:br w:type="page"/>
      </w:r>
    </w:p>
    <w:p w14:paraId="3758EF14" w14:textId="77777777" w:rsidR="004B6FFA" w:rsidRPr="00541297" w:rsidRDefault="00E36FA3" w:rsidP="00541297">
      <w:pPr>
        <w:pStyle w:val="Nagwek1"/>
        <w:spacing w:before="160" w:after="80" w:line="360" w:lineRule="auto"/>
        <w:rPr>
          <w:rFonts w:ascii="Times New Roman" w:hAnsi="Times New Roman" w:cs="Times New Roman"/>
          <w:sz w:val="24"/>
          <w:szCs w:val="24"/>
        </w:rPr>
      </w:pPr>
      <w:r w:rsidRPr="00541297">
        <w:rPr>
          <w:rFonts w:ascii="Times New Roman" w:hAnsi="Times New Roman" w:cs="Times New Roman"/>
          <w:sz w:val="24"/>
          <w:szCs w:val="24"/>
        </w:rPr>
        <w:lastRenderedPageBreak/>
        <w:t>Załącznik nr 2 – Wykaz doświadczenia Wykonawcy</w:t>
      </w:r>
    </w:p>
    <w:p w14:paraId="69D898B2" w14:textId="77777777" w:rsidR="004B6FFA" w:rsidRPr="00541297" w:rsidRDefault="00E36FA3" w:rsidP="00541297">
      <w:pPr>
        <w:spacing w:after="100" w:line="360" w:lineRule="auto"/>
      </w:pPr>
      <w:r w:rsidRPr="00541297">
        <w:t>Należy wykazać usługi wykonane w okresie ostatnich 5 lat przed upływem terminu składania ofert, odpowiadające warunkom udziału w postępowaniu.</w:t>
      </w:r>
    </w:p>
    <w:tbl>
      <w:tblPr>
        <w:tblStyle w:val="Tabela-Siatka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70"/>
        <w:gridCol w:w="2526"/>
        <w:gridCol w:w="1923"/>
        <w:gridCol w:w="1404"/>
        <w:gridCol w:w="1363"/>
        <w:gridCol w:w="2176"/>
      </w:tblGrid>
      <w:tr w:rsidR="004B6FFA" w:rsidRPr="00541297" w14:paraId="5576AD89" w14:textId="77777777" w:rsidTr="00C170C4">
        <w:trPr>
          <w:jc w:val="center"/>
        </w:trPr>
        <w:tc>
          <w:tcPr>
            <w:tcW w:w="567" w:type="dxa"/>
            <w:shd w:val="clear" w:color="auto" w:fill="D9EAF7"/>
          </w:tcPr>
          <w:p w14:paraId="3566DAFA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Lp.</w:t>
            </w:r>
          </w:p>
        </w:tc>
        <w:tc>
          <w:tcPr>
            <w:tcW w:w="2835" w:type="dxa"/>
            <w:shd w:val="clear" w:color="auto" w:fill="D9EAF7"/>
          </w:tcPr>
          <w:p w14:paraId="45EB7B64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Nazwa i zakres usługi</w:t>
            </w:r>
          </w:p>
        </w:tc>
        <w:tc>
          <w:tcPr>
            <w:tcW w:w="1984" w:type="dxa"/>
            <w:shd w:val="clear" w:color="auto" w:fill="D9EAF7"/>
          </w:tcPr>
          <w:p w14:paraId="75E98B9C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Zamawiający</w:t>
            </w:r>
          </w:p>
        </w:tc>
        <w:tc>
          <w:tcPr>
            <w:tcW w:w="1417" w:type="dxa"/>
            <w:shd w:val="clear" w:color="auto" w:fill="D9EAF7"/>
          </w:tcPr>
          <w:p w14:paraId="1B9DC92C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Data wykonania</w:t>
            </w:r>
          </w:p>
        </w:tc>
        <w:tc>
          <w:tcPr>
            <w:tcW w:w="1417" w:type="dxa"/>
            <w:shd w:val="clear" w:color="auto" w:fill="D9EAF7"/>
          </w:tcPr>
          <w:p w14:paraId="0F3B6D3C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Wartość brutto</w:t>
            </w:r>
          </w:p>
        </w:tc>
        <w:tc>
          <w:tcPr>
            <w:tcW w:w="2268" w:type="dxa"/>
            <w:shd w:val="clear" w:color="auto" w:fill="D9EAF7"/>
          </w:tcPr>
          <w:p w14:paraId="75DA5EE0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Znaczenie dla kryterium doświadczenia</w:t>
            </w:r>
          </w:p>
        </w:tc>
      </w:tr>
      <w:tr w:rsidR="004B6FFA" w:rsidRPr="00541297" w14:paraId="2E342502" w14:textId="77777777" w:rsidTr="00C170C4">
        <w:trPr>
          <w:jc w:val="center"/>
        </w:trPr>
        <w:tc>
          <w:tcPr>
            <w:tcW w:w="567" w:type="dxa"/>
          </w:tcPr>
          <w:p w14:paraId="44EC4BD8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1.</w:t>
            </w:r>
          </w:p>
        </w:tc>
        <w:tc>
          <w:tcPr>
            <w:tcW w:w="2835" w:type="dxa"/>
          </w:tcPr>
          <w:p w14:paraId="38266699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984" w:type="dxa"/>
          </w:tcPr>
          <w:p w14:paraId="343AE036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417" w:type="dxa"/>
          </w:tcPr>
          <w:p w14:paraId="51B84F48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417" w:type="dxa"/>
          </w:tcPr>
          <w:p w14:paraId="26C66AEE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2268" w:type="dxa"/>
          </w:tcPr>
          <w:p w14:paraId="2500E3E9" w14:textId="77777777" w:rsidR="004B6FFA" w:rsidRPr="00541297" w:rsidRDefault="004B6FFA" w:rsidP="00541297">
            <w:pPr>
              <w:spacing w:line="360" w:lineRule="auto"/>
            </w:pPr>
          </w:p>
        </w:tc>
      </w:tr>
      <w:tr w:rsidR="004B6FFA" w:rsidRPr="00541297" w14:paraId="6635ADA5" w14:textId="77777777" w:rsidTr="00C170C4">
        <w:trPr>
          <w:jc w:val="center"/>
        </w:trPr>
        <w:tc>
          <w:tcPr>
            <w:tcW w:w="567" w:type="dxa"/>
          </w:tcPr>
          <w:p w14:paraId="217C7C85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2.</w:t>
            </w:r>
          </w:p>
        </w:tc>
        <w:tc>
          <w:tcPr>
            <w:tcW w:w="2835" w:type="dxa"/>
          </w:tcPr>
          <w:p w14:paraId="3FC1B609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984" w:type="dxa"/>
          </w:tcPr>
          <w:p w14:paraId="05714832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417" w:type="dxa"/>
          </w:tcPr>
          <w:p w14:paraId="65EB603B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417" w:type="dxa"/>
          </w:tcPr>
          <w:p w14:paraId="11D7AEDF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2268" w:type="dxa"/>
          </w:tcPr>
          <w:p w14:paraId="1A5C6905" w14:textId="77777777" w:rsidR="004B6FFA" w:rsidRPr="00541297" w:rsidRDefault="004B6FFA" w:rsidP="00541297">
            <w:pPr>
              <w:spacing w:line="360" w:lineRule="auto"/>
            </w:pPr>
          </w:p>
        </w:tc>
      </w:tr>
      <w:tr w:rsidR="004B6FFA" w:rsidRPr="00541297" w14:paraId="3DB95014" w14:textId="77777777" w:rsidTr="00C170C4">
        <w:trPr>
          <w:jc w:val="center"/>
        </w:trPr>
        <w:tc>
          <w:tcPr>
            <w:tcW w:w="567" w:type="dxa"/>
          </w:tcPr>
          <w:p w14:paraId="34538210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3.</w:t>
            </w:r>
          </w:p>
        </w:tc>
        <w:tc>
          <w:tcPr>
            <w:tcW w:w="2835" w:type="dxa"/>
          </w:tcPr>
          <w:p w14:paraId="02B1619B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984" w:type="dxa"/>
          </w:tcPr>
          <w:p w14:paraId="69FA16DA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417" w:type="dxa"/>
          </w:tcPr>
          <w:p w14:paraId="3A4B9518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417" w:type="dxa"/>
          </w:tcPr>
          <w:p w14:paraId="00A399C8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2268" w:type="dxa"/>
          </w:tcPr>
          <w:p w14:paraId="1F4F3BE4" w14:textId="77777777" w:rsidR="004B6FFA" w:rsidRPr="00541297" w:rsidRDefault="004B6FFA" w:rsidP="00541297">
            <w:pPr>
              <w:spacing w:line="360" w:lineRule="auto"/>
            </w:pPr>
          </w:p>
        </w:tc>
      </w:tr>
    </w:tbl>
    <w:p w14:paraId="0941E1BA" w14:textId="77777777" w:rsidR="004B6FFA" w:rsidRPr="00541297" w:rsidRDefault="004B6FFA" w:rsidP="00541297">
      <w:pPr>
        <w:spacing w:after="100" w:line="360" w:lineRule="auto"/>
      </w:pPr>
    </w:p>
    <w:p w14:paraId="3F7D5F42" w14:textId="77777777" w:rsidR="004B6FFA" w:rsidRPr="00541297" w:rsidRDefault="00E36FA3" w:rsidP="00541297">
      <w:pPr>
        <w:spacing w:after="100" w:line="360" w:lineRule="auto"/>
        <w:jc w:val="both"/>
      </w:pPr>
      <w:r w:rsidRPr="00541297">
        <w:t>Do wykazu można załączyć referencje, protokoły odbioru lub inne dokumenty potwierdzające należyte wykonanie usług.</w:t>
      </w:r>
    </w:p>
    <w:p w14:paraId="47BC33C7" w14:textId="77777777" w:rsidR="004B6FFA" w:rsidRPr="00541297" w:rsidRDefault="00E36FA3" w:rsidP="00541297">
      <w:pPr>
        <w:pStyle w:val="Nagwek1"/>
        <w:spacing w:before="160" w:after="80" w:line="360" w:lineRule="auto"/>
        <w:rPr>
          <w:rFonts w:ascii="Times New Roman" w:hAnsi="Times New Roman" w:cs="Times New Roman"/>
          <w:sz w:val="24"/>
          <w:szCs w:val="24"/>
        </w:rPr>
      </w:pPr>
      <w:r w:rsidRPr="00541297">
        <w:rPr>
          <w:rFonts w:ascii="Times New Roman" w:hAnsi="Times New Roman" w:cs="Times New Roman"/>
          <w:sz w:val="24"/>
          <w:szCs w:val="24"/>
        </w:rPr>
        <w:t>Załącznik nr 3 – Wykaz osób skierowanych do realizacji zamówienia</w:t>
      </w:r>
    </w:p>
    <w:tbl>
      <w:tblPr>
        <w:tblStyle w:val="Tabela-Siatka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70"/>
        <w:gridCol w:w="1873"/>
        <w:gridCol w:w="2156"/>
        <w:gridCol w:w="3664"/>
        <w:gridCol w:w="1699"/>
      </w:tblGrid>
      <w:tr w:rsidR="004B6FFA" w:rsidRPr="00541297" w14:paraId="325991C8" w14:textId="77777777">
        <w:trPr>
          <w:jc w:val="center"/>
        </w:trPr>
        <w:tc>
          <w:tcPr>
            <w:tcW w:w="567" w:type="dxa"/>
            <w:shd w:val="clear" w:color="auto" w:fill="D9EAF7"/>
          </w:tcPr>
          <w:p w14:paraId="1A1B3A1A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Lp.</w:t>
            </w:r>
          </w:p>
        </w:tc>
        <w:tc>
          <w:tcPr>
            <w:tcW w:w="1984" w:type="dxa"/>
            <w:shd w:val="clear" w:color="auto" w:fill="D9EAF7"/>
          </w:tcPr>
          <w:p w14:paraId="2190C500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Imię i nazwisko</w:t>
            </w:r>
          </w:p>
        </w:tc>
        <w:tc>
          <w:tcPr>
            <w:tcW w:w="2268" w:type="dxa"/>
            <w:shd w:val="clear" w:color="auto" w:fill="D9EAF7"/>
          </w:tcPr>
          <w:p w14:paraId="49E24467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Funkcja w zespole</w:t>
            </w:r>
          </w:p>
        </w:tc>
        <w:tc>
          <w:tcPr>
            <w:tcW w:w="3969" w:type="dxa"/>
            <w:shd w:val="clear" w:color="auto" w:fill="D9EAF7"/>
          </w:tcPr>
          <w:p w14:paraId="0866EE20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Doświadczenie / kwalifikacje</w:t>
            </w:r>
          </w:p>
        </w:tc>
        <w:tc>
          <w:tcPr>
            <w:tcW w:w="1701" w:type="dxa"/>
            <w:shd w:val="clear" w:color="auto" w:fill="D9EAF7"/>
          </w:tcPr>
          <w:p w14:paraId="6FC9F8C5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rPr>
                <w:b/>
              </w:rPr>
              <w:t>Podstawa dysponowania</w:t>
            </w:r>
          </w:p>
        </w:tc>
      </w:tr>
      <w:tr w:rsidR="004B6FFA" w:rsidRPr="00541297" w14:paraId="358AAAAE" w14:textId="77777777">
        <w:trPr>
          <w:jc w:val="center"/>
        </w:trPr>
        <w:tc>
          <w:tcPr>
            <w:tcW w:w="567" w:type="dxa"/>
          </w:tcPr>
          <w:p w14:paraId="313A7502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1.</w:t>
            </w:r>
          </w:p>
        </w:tc>
        <w:tc>
          <w:tcPr>
            <w:tcW w:w="1984" w:type="dxa"/>
          </w:tcPr>
          <w:p w14:paraId="2AA78EEA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2268" w:type="dxa"/>
          </w:tcPr>
          <w:p w14:paraId="792281E5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Kierownik opracowania / technolog</w:t>
            </w:r>
          </w:p>
        </w:tc>
        <w:tc>
          <w:tcPr>
            <w:tcW w:w="3969" w:type="dxa"/>
          </w:tcPr>
          <w:p w14:paraId="3BDE14B2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701" w:type="dxa"/>
          </w:tcPr>
          <w:p w14:paraId="51CCB6B9" w14:textId="77777777" w:rsidR="004B6FFA" w:rsidRPr="00541297" w:rsidRDefault="004B6FFA" w:rsidP="00541297">
            <w:pPr>
              <w:spacing w:line="360" w:lineRule="auto"/>
            </w:pPr>
          </w:p>
        </w:tc>
      </w:tr>
      <w:tr w:rsidR="004B6FFA" w:rsidRPr="00541297" w14:paraId="31D6AF2E" w14:textId="77777777">
        <w:trPr>
          <w:jc w:val="center"/>
        </w:trPr>
        <w:tc>
          <w:tcPr>
            <w:tcW w:w="567" w:type="dxa"/>
          </w:tcPr>
          <w:p w14:paraId="23C29607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2.</w:t>
            </w:r>
          </w:p>
        </w:tc>
        <w:tc>
          <w:tcPr>
            <w:tcW w:w="1984" w:type="dxa"/>
          </w:tcPr>
          <w:p w14:paraId="7B024296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2268" w:type="dxa"/>
          </w:tcPr>
          <w:p w14:paraId="20C16F9A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Specjalista ds. geotechniki</w:t>
            </w:r>
          </w:p>
        </w:tc>
        <w:tc>
          <w:tcPr>
            <w:tcW w:w="3969" w:type="dxa"/>
          </w:tcPr>
          <w:p w14:paraId="37E32B35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701" w:type="dxa"/>
          </w:tcPr>
          <w:p w14:paraId="20FD55F0" w14:textId="77777777" w:rsidR="004B6FFA" w:rsidRPr="00541297" w:rsidRDefault="004B6FFA" w:rsidP="00541297">
            <w:pPr>
              <w:spacing w:line="360" w:lineRule="auto"/>
            </w:pPr>
          </w:p>
        </w:tc>
      </w:tr>
      <w:tr w:rsidR="004B6FFA" w:rsidRPr="00541297" w14:paraId="46FE950F" w14:textId="77777777">
        <w:trPr>
          <w:jc w:val="center"/>
        </w:trPr>
        <w:tc>
          <w:tcPr>
            <w:tcW w:w="567" w:type="dxa"/>
          </w:tcPr>
          <w:p w14:paraId="140B4D22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3.</w:t>
            </w:r>
          </w:p>
        </w:tc>
        <w:tc>
          <w:tcPr>
            <w:tcW w:w="1984" w:type="dxa"/>
          </w:tcPr>
          <w:p w14:paraId="109AC787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2268" w:type="dxa"/>
          </w:tcPr>
          <w:p w14:paraId="1CE54609" w14:textId="77777777" w:rsidR="004B6FFA" w:rsidRPr="00541297" w:rsidRDefault="00E36FA3" w:rsidP="00541297">
            <w:pPr>
              <w:spacing w:line="360" w:lineRule="auto"/>
              <w:jc w:val="center"/>
            </w:pPr>
            <w:r w:rsidRPr="00541297">
              <w:t>Projektant / specjalista branżowy</w:t>
            </w:r>
          </w:p>
        </w:tc>
        <w:tc>
          <w:tcPr>
            <w:tcW w:w="3969" w:type="dxa"/>
          </w:tcPr>
          <w:p w14:paraId="22BC7F65" w14:textId="77777777" w:rsidR="004B6FFA" w:rsidRPr="00541297" w:rsidRDefault="004B6FFA" w:rsidP="00541297">
            <w:pPr>
              <w:spacing w:line="360" w:lineRule="auto"/>
            </w:pPr>
          </w:p>
        </w:tc>
        <w:tc>
          <w:tcPr>
            <w:tcW w:w="1701" w:type="dxa"/>
          </w:tcPr>
          <w:p w14:paraId="346FFB0B" w14:textId="77777777" w:rsidR="004B6FFA" w:rsidRPr="00541297" w:rsidRDefault="004B6FFA" w:rsidP="00541297">
            <w:pPr>
              <w:spacing w:line="360" w:lineRule="auto"/>
            </w:pPr>
          </w:p>
        </w:tc>
      </w:tr>
    </w:tbl>
    <w:p w14:paraId="2FA945E7" w14:textId="77777777" w:rsidR="004B6FFA" w:rsidRPr="00541297" w:rsidRDefault="004B6FFA" w:rsidP="00541297">
      <w:pPr>
        <w:spacing w:after="100" w:line="360" w:lineRule="auto"/>
      </w:pPr>
    </w:p>
    <w:p w14:paraId="0BEB8683" w14:textId="77777777" w:rsidR="004B6FFA" w:rsidRPr="00541297" w:rsidRDefault="00E36FA3" w:rsidP="00541297">
      <w:pPr>
        <w:pStyle w:val="Nagwek1"/>
        <w:spacing w:before="160" w:after="80" w:line="360" w:lineRule="auto"/>
        <w:rPr>
          <w:rFonts w:ascii="Times New Roman" w:hAnsi="Times New Roman" w:cs="Times New Roman"/>
          <w:sz w:val="24"/>
          <w:szCs w:val="24"/>
        </w:rPr>
      </w:pPr>
      <w:r w:rsidRPr="00541297">
        <w:rPr>
          <w:rFonts w:ascii="Times New Roman" w:hAnsi="Times New Roman" w:cs="Times New Roman"/>
          <w:sz w:val="24"/>
          <w:szCs w:val="24"/>
        </w:rPr>
        <w:t>Załącznik nr 4 – Oświadczenie Wykonawcy</w:t>
      </w:r>
    </w:p>
    <w:p w14:paraId="65941007" w14:textId="77777777" w:rsidR="004B6FFA" w:rsidRPr="00541297" w:rsidRDefault="00E36FA3" w:rsidP="00541297">
      <w:pPr>
        <w:spacing w:after="100" w:line="360" w:lineRule="auto"/>
      </w:pPr>
      <w:r w:rsidRPr="00541297">
        <w:t>Oświadczamy, że:</w:t>
      </w:r>
    </w:p>
    <w:p w14:paraId="7C37BE79" w14:textId="77777777" w:rsidR="004B6FFA" w:rsidRPr="00541297" w:rsidRDefault="00E36FA3" w:rsidP="00595A56">
      <w:pPr>
        <w:pStyle w:val="Listapunktowana"/>
        <w:spacing w:line="360" w:lineRule="auto"/>
        <w:jc w:val="both"/>
      </w:pPr>
      <w:r w:rsidRPr="00541297">
        <w:t>posiadamy wiedzę, doświadczenie i potencjał techniczny niezbędne do wykonania zamówienia;</w:t>
      </w:r>
    </w:p>
    <w:p w14:paraId="0193114F" w14:textId="77777777" w:rsidR="004B6FFA" w:rsidRPr="00541297" w:rsidRDefault="00E36FA3" w:rsidP="00541297">
      <w:pPr>
        <w:pStyle w:val="Listapunktowana"/>
        <w:spacing w:line="360" w:lineRule="auto"/>
      </w:pPr>
      <w:r w:rsidRPr="00541297">
        <w:t>dysponujemy osobami zdolnymi do wykonania zamówienia;</w:t>
      </w:r>
    </w:p>
    <w:p w14:paraId="020BC62A" w14:textId="77777777" w:rsidR="004B6FFA" w:rsidRPr="00541297" w:rsidRDefault="00E36FA3" w:rsidP="00541297">
      <w:pPr>
        <w:pStyle w:val="Listapunktowana"/>
        <w:spacing w:line="360" w:lineRule="auto"/>
      </w:pPr>
      <w:r w:rsidRPr="00541297">
        <w:t>znajdujemy się w sytuacji ekonomicznej i organizacyjnej umożliwiającej wykonanie zamówienia;</w:t>
      </w:r>
    </w:p>
    <w:p w14:paraId="18BDF129" w14:textId="2456AE3E" w:rsidR="004B6FFA" w:rsidRPr="00541297" w:rsidRDefault="00E36FA3" w:rsidP="00595A56">
      <w:pPr>
        <w:pStyle w:val="Listapunktowana"/>
        <w:spacing w:line="360" w:lineRule="auto"/>
        <w:jc w:val="both"/>
      </w:pPr>
      <w:r w:rsidRPr="00541297">
        <w:lastRenderedPageBreak/>
        <w:t xml:space="preserve">nie zachodzą wobec nas przesłanki konfliktu interesów ani powiązania osobowe lub kapitałowe </w:t>
      </w:r>
      <w:r w:rsidR="00595A56">
        <w:br/>
      </w:r>
      <w:r w:rsidRPr="00541297">
        <w:t>z Zamawiającym mogące naruszać zasadę bezstronności;</w:t>
      </w:r>
    </w:p>
    <w:p w14:paraId="49D95DD6" w14:textId="2C675066" w:rsidR="004B6FFA" w:rsidRPr="00541297" w:rsidRDefault="00E36FA3" w:rsidP="00541297">
      <w:pPr>
        <w:pStyle w:val="Listapunktowana"/>
        <w:spacing w:line="360" w:lineRule="auto"/>
        <w:jc w:val="both"/>
      </w:pPr>
      <w:r w:rsidRPr="00541297">
        <w:t>zobowiązujemy się wykonać zamówienie zgodnie z obowiązującymi przepisami, zasadami wiedzy technicznej i treścią zapytania ofertowego;</w:t>
      </w:r>
    </w:p>
    <w:p w14:paraId="32F1C52E" w14:textId="77777777" w:rsidR="004B6FFA" w:rsidRPr="00541297" w:rsidRDefault="00E36FA3" w:rsidP="00595A56">
      <w:pPr>
        <w:pStyle w:val="Listapunktowana"/>
        <w:spacing w:line="360" w:lineRule="auto"/>
        <w:jc w:val="both"/>
      </w:pPr>
      <w:r w:rsidRPr="00541297">
        <w:t>akceptujemy projektowane postanowienia umowy, w tym zasady przeniesienia autorskich praw majątkowych.</w:t>
      </w:r>
    </w:p>
    <w:p w14:paraId="724768CE" w14:textId="77777777" w:rsidR="00C170C4" w:rsidRPr="00541297" w:rsidRDefault="00C170C4" w:rsidP="00541297">
      <w:pPr>
        <w:pStyle w:val="Listapunktowana"/>
        <w:numPr>
          <w:ilvl w:val="0"/>
          <w:numId w:val="0"/>
        </w:numPr>
        <w:spacing w:line="360" w:lineRule="auto"/>
        <w:ind w:left="360"/>
      </w:pPr>
    </w:p>
    <w:p w14:paraId="00263D32" w14:textId="77777777" w:rsidR="004B6FFA" w:rsidRPr="00541297" w:rsidRDefault="00E36FA3" w:rsidP="00541297">
      <w:pPr>
        <w:spacing w:after="100" w:line="360" w:lineRule="auto"/>
      </w:pPr>
      <w:r w:rsidRPr="00541297">
        <w:t>Miejscowość, data i podpis osoby uprawnionej: ............................................................</w:t>
      </w:r>
    </w:p>
    <w:p w14:paraId="7C1F5DBA" w14:textId="77777777" w:rsidR="00C170C4" w:rsidRPr="00541297" w:rsidRDefault="00C170C4" w:rsidP="00541297">
      <w:pPr>
        <w:spacing w:after="100" w:line="360" w:lineRule="auto"/>
      </w:pPr>
    </w:p>
    <w:p w14:paraId="0724BF9A" w14:textId="77777777" w:rsidR="00C170C4" w:rsidRPr="00541297" w:rsidRDefault="00C170C4" w:rsidP="00541297">
      <w:pPr>
        <w:spacing w:after="100" w:line="360" w:lineRule="auto"/>
      </w:pPr>
    </w:p>
    <w:p w14:paraId="02193EB7" w14:textId="77777777" w:rsidR="00C170C4" w:rsidRPr="00541297" w:rsidRDefault="00C170C4" w:rsidP="00541297">
      <w:pPr>
        <w:spacing w:after="100" w:line="360" w:lineRule="auto"/>
      </w:pPr>
    </w:p>
    <w:p w14:paraId="7872141D" w14:textId="77777777" w:rsidR="00C170C4" w:rsidRPr="00541297" w:rsidRDefault="00C170C4" w:rsidP="00541297">
      <w:pPr>
        <w:spacing w:after="100" w:line="360" w:lineRule="auto"/>
      </w:pPr>
    </w:p>
    <w:p w14:paraId="39ADD27A" w14:textId="77777777" w:rsidR="00C170C4" w:rsidRDefault="00C170C4" w:rsidP="00541297">
      <w:pPr>
        <w:spacing w:after="100" w:line="360" w:lineRule="auto"/>
      </w:pPr>
    </w:p>
    <w:p w14:paraId="727F256F" w14:textId="77777777" w:rsidR="00595A56" w:rsidRDefault="00595A56" w:rsidP="00541297">
      <w:pPr>
        <w:spacing w:after="100" w:line="360" w:lineRule="auto"/>
      </w:pPr>
    </w:p>
    <w:p w14:paraId="36A09B9F" w14:textId="77777777" w:rsidR="00595A56" w:rsidRDefault="00595A56" w:rsidP="00541297">
      <w:pPr>
        <w:spacing w:after="100" w:line="360" w:lineRule="auto"/>
      </w:pPr>
    </w:p>
    <w:p w14:paraId="062600AE" w14:textId="77777777" w:rsidR="00595A56" w:rsidRDefault="00595A56" w:rsidP="00541297">
      <w:pPr>
        <w:spacing w:after="100" w:line="360" w:lineRule="auto"/>
      </w:pPr>
    </w:p>
    <w:p w14:paraId="1AFB852C" w14:textId="77777777" w:rsidR="00595A56" w:rsidRDefault="00595A56" w:rsidP="00541297">
      <w:pPr>
        <w:spacing w:after="100" w:line="360" w:lineRule="auto"/>
      </w:pPr>
    </w:p>
    <w:p w14:paraId="6D700430" w14:textId="77777777" w:rsidR="00595A56" w:rsidRDefault="00595A56" w:rsidP="00541297">
      <w:pPr>
        <w:spacing w:after="100" w:line="360" w:lineRule="auto"/>
      </w:pPr>
    </w:p>
    <w:p w14:paraId="09A0393F" w14:textId="77777777" w:rsidR="00595A56" w:rsidRDefault="00595A56" w:rsidP="00541297">
      <w:pPr>
        <w:spacing w:after="100" w:line="360" w:lineRule="auto"/>
      </w:pPr>
    </w:p>
    <w:p w14:paraId="1C624AD2" w14:textId="77777777" w:rsidR="00595A56" w:rsidRDefault="00595A56" w:rsidP="00541297">
      <w:pPr>
        <w:spacing w:after="100" w:line="360" w:lineRule="auto"/>
      </w:pPr>
    </w:p>
    <w:p w14:paraId="1A3D54AB" w14:textId="77777777" w:rsidR="00595A56" w:rsidRDefault="00595A56" w:rsidP="00541297">
      <w:pPr>
        <w:spacing w:after="100" w:line="360" w:lineRule="auto"/>
      </w:pPr>
    </w:p>
    <w:p w14:paraId="37AF18B0" w14:textId="77777777" w:rsidR="00595A56" w:rsidRDefault="00595A56" w:rsidP="00541297">
      <w:pPr>
        <w:spacing w:after="100" w:line="360" w:lineRule="auto"/>
      </w:pPr>
    </w:p>
    <w:p w14:paraId="2C497C8D" w14:textId="77777777" w:rsidR="00595A56" w:rsidRDefault="00595A56" w:rsidP="00541297">
      <w:pPr>
        <w:spacing w:after="100" w:line="360" w:lineRule="auto"/>
      </w:pPr>
    </w:p>
    <w:p w14:paraId="3B37C8A5" w14:textId="77777777" w:rsidR="00595A56" w:rsidRDefault="00595A56" w:rsidP="00541297">
      <w:pPr>
        <w:spacing w:after="100" w:line="360" w:lineRule="auto"/>
      </w:pPr>
    </w:p>
    <w:p w14:paraId="70A15EA1" w14:textId="77777777" w:rsidR="00595A56" w:rsidRPr="00541297" w:rsidRDefault="00595A56" w:rsidP="00541297">
      <w:pPr>
        <w:spacing w:after="100" w:line="360" w:lineRule="auto"/>
      </w:pPr>
    </w:p>
    <w:p w14:paraId="5F4E59F0" w14:textId="77777777" w:rsidR="00C170C4" w:rsidRPr="00541297" w:rsidRDefault="00C170C4" w:rsidP="00541297">
      <w:pPr>
        <w:spacing w:after="100" w:line="360" w:lineRule="auto"/>
      </w:pPr>
    </w:p>
    <w:p w14:paraId="4B712723" w14:textId="187A87EC" w:rsidR="00C170C4" w:rsidRPr="00541297" w:rsidRDefault="00C170C4" w:rsidP="00541297">
      <w:pPr>
        <w:pStyle w:val="Nagwek1"/>
        <w:spacing w:before="160" w:after="80" w:line="360" w:lineRule="auto"/>
        <w:rPr>
          <w:rFonts w:ascii="Times New Roman" w:hAnsi="Times New Roman" w:cs="Times New Roman"/>
          <w:sz w:val="24"/>
          <w:szCs w:val="24"/>
        </w:rPr>
      </w:pPr>
      <w:r w:rsidRPr="00541297">
        <w:rPr>
          <w:rFonts w:ascii="Times New Roman" w:hAnsi="Times New Roman" w:cs="Times New Roman"/>
          <w:sz w:val="24"/>
          <w:szCs w:val="24"/>
        </w:rPr>
        <w:lastRenderedPageBreak/>
        <w:t xml:space="preserve">Załącznik nr 5 – Projektowane postanowienia umowy/wzór umowy </w:t>
      </w:r>
    </w:p>
    <w:p w14:paraId="3D298604" w14:textId="6FE197EA" w:rsidR="00541297" w:rsidRPr="00541297" w:rsidRDefault="00541297" w:rsidP="00595A56">
      <w:pPr>
        <w:spacing w:before="100" w:beforeAutospacing="1" w:after="100" w:afterAutospacing="1" w:line="360" w:lineRule="auto"/>
        <w:jc w:val="center"/>
      </w:pPr>
      <w:r w:rsidRPr="00541297">
        <w:rPr>
          <w:b/>
          <w:bCs/>
        </w:rPr>
        <w:t>UMOWA N</w:t>
      </w:r>
      <w:r w:rsidR="00595A56">
        <w:rPr>
          <w:b/>
          <w:bCs/>
        </w:rPr>
        <w:t>r</w:t>
      </w:r>
    </w:p>
    <w:p w14:paraId="7D070C3C" w14:textId="77777777" w:rsidR="00541297" w:rsidRPr="00541297" w:rsidRDefault="00541297" w:rsidP="00541297">
      <w:pPr>
        <w:spacing w:before="100" w:beforeAutospacing="1" w:after="100" w:afterAutospacing="1" w:line="360" w:lineRule="auto"/>
      </w:pPr>
      <w:r w:rsidRPr="00541297">
        <w:t>zawarta w dniu ………………… 2026 r. w Wilczętach pomiędzy:</w:t>
      </w:r>
    </w:p>
    <w:p w14:paraId="126D5043" w14:textId="417EF99B" w:rsidR="00541297" w:rsidRDefault="00541297" w:rsidP="00595A56">
      <w:pPr>
        <w:spacing w:line="360" w:lineRule="auto"/>
        <w:jc w:val="both"/>
      </w:pPr>
      <w:r w:rsidRPr="00541297">
        <w:rPr>
          <w:b/>
          <w:bCs/>
        </w:rPr>
        <w:t>Gminą Wilczęta</w:t>
      </w:r>
      <w:r w:rsidRPr="00541297">
        <w:t xml:space="preserve">, Wilczęta 84, 14-405 Wilczęta, NIP 5821601447, REGON 170748040, zwaną dalej </w:t>
      </w:r>
      <w:r w:rsidRPr="00541297">
        <w:rPr>
          <w:b/>
          <w:bCs/>
        </w:rPr>
        <w:t>„Zamawiającym”</w:t>
      </w:r>
      <w:r w:rsidRPr="00541297">
        <w:t>,</w:t>
      </w:r>
      <w:r w:rsidR="00595A56">
        <w:t xml:space="preserve"> reprezentowaną przez: </w:t>
      </w:r>
    </w:p>
    <w:p w14:paraId="30BCC029" w14:textId="4F5707F7" w:rsidR="00595A56" w:rsidRDefault="00595A56" w:rsidP="00595A56">
      <w:pPr>
        <w:spacing w:line="360" w:lineRule="auto"/>
        <w:jc w:val="both"/>
      </w:pPr>
      <w:r>
        <w:t>Wójta Gminy Wilczęta Marcina Krzyżanowskiego</w:t>
      </w:r>
    </w:p>
    <w:p w14:paraId="06ACD490" w14:textId="0666EEE0" w:rsidR="00541297" w:rsidRDefault="00595A56" w:rsidP="00595A56">
      <w:pPr>
        <w:spacing w:line="360" w:lineRule="auto"/>
        <w:jc w:val="both"/>
      </w:pPr>
      <w:r>
        <w:t>Przy kontrasygnacie Skarbnika Gminy Wilczęta Moniki Gońca</w:t>
      </w:r>
    </w:p>
    <w:p w14:paraId="6F47B29D" w14:textId="2C9C3536" w:rsidR="00595A56" w:rsidRPr="00541297" w:rsidRDefault="00595A56" w:rsidP="00595A56">
      <w:pPr>
        <w:spacing w:line="360" w:lineRule="auto"/>
        <w:jc w:val="both"/>
      </w:pPr>
      <w:r>
        <w:t>a</w:t>
      </w:r>
    </w:p>
    <w:p w14:paraId="2F6350F6" w14:textId="77777777" w:rsidR="00541297" w:rsidRPr="00541297" w:rsidRDefault="00541297" w:rsidP="00595A56">
      <w:pPr>
        <w:spacing w:before="100" w:beforeAutospacing="1" w:after="100" w:afterAutospacing="1" w:line="360" w:lineRule="auto"/>
        <w:jc w:val="both"/>
      </w:pPr>
      <w:r w:rsidRPr="00541297">
        <w:t>………………………………………, z siedzibą w ………………………………………, NIP ………………………, REGON ………………………, reprezentowanym przez ………………………………………, zwanym dalej „Wykonawcą”,</w:t>
      </w:r>
    </w:p>
    <w:p w14:paraId="1025AD22" w14:textId="77777777" w:rsidR="00541297" w:rsidRPr="00541297" w:rsidRDefault="00541297" w:rsidP="00541297">
      <w:pPr>
        <w:spacing w:before="100" w:beforeAutospacing="1" w:after="100" w:afterAutospacing="1" w:line="360" w:lineRule="auto"/>
      </w:pPr>
      <w:r w:rsidRPr="00541297">
        <w:t xml:space="preserve">łącznie zwanymi dalej </w:t>
      </w:r>
      <w:r w:rsidRPr="00541297">
        <w:rPr>
          <w:b/>
          <w:bCs/>
        </w:rPr>
        <w:t>„Stronami”</w:t>
      </w:r>
      <w:r w:rsidRPr="00541297">
        <w:t>.</w:t>
      </w:r>
    </w:p>
    <w:p w14:paraId="2963248A" w14:textId="08E52F91" w:rsidR="00541297" w:rsidRPr="00541297" w:rsidRDefault="00541297" w:rsidP="00595A56">
      <w:pPr>
        <w:spacing w:before="100" w:beforeAutospacing="1" w:after="100" w:afterAutospacing="1" w:line="360" w:lineRule="auto"/>
        <w:jc w:val="center"/>
      </w:pPr>
      <w:r w:rsidRPr="00541297">
        <w:t>Umowa zostaje zawarta w wyniku przeprowadzenia postępowania w formie zaproszenia do składania ofert o wartości poniżej 170 000,00 zł.</w:t>
      </w:r>
    </w:p>
    <w:p w14:paraId="5B7D8112" w14:textId="7597F130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595A56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1. Przedmiot umowy</w:t>
      </w:r>
    </w:p>
    <w:p w14:paraId="600C5D78" w14:textId="77777777" w:rsidR="00595A56" w:rsidRDefault="00541297" w:rsidP="00595A56">
      <w:pPr>
        <w:pStyle w:val="Listanumerowana"/>
        <w:numPr>
          <w:ilvl w:val="0"/>
          <w:numId w:val="32"/>
        </w:numPr>
        <w:spacing w:before="100" w:beforeAutospacing="1" w:after="100" w:afterAutospacing="1" w:line="360" w:lineRule="auto"/>
        <w:jc w:val="both"/>
      </w:pPr>
      <w:r w:rsidRPr="00595A56">
        <w:t>Zamawiający zleca, a Wykonawca przyjmuje do wykonania usługę polegającą na opracowaniu Programu Funkcjonalno-Użytkowego dla zadania pn.:</w:t>
      </w:r>
      <w:r w:rsidR="00595A56" w:rsidRPr="00595A56">
        <w:t xml:space="preserve"> </w:t>
      </w:r>
      <w:r w:rsidRPr="00595A56">
        <w:t xml:space="preserve">„Rozbudowa oczyszczalni ścieków </w:t>
      </w:r>
      <w:r w:rsidR="00595A56">
        <w:br/>
      </w:r>
      <w:r w:rsidRPr="00595A56">
        <w:t>w Wilczętach poprzez budowę trzcinowych poletek osadowych do zagospodarowania osadów ściekowych wraz z niezbędną infrastrukturą towarzyszącą – opracowanie programu funkcjonalno-użytkowego”.</w:t>
      </w:r>
    </w:p>
    <w:p w14:paraId="3B2ED41C" w14:textId="77777777" w:rsidR="00595A56" w:rsidRDefault="00541297" w:rsidP="00595A56">
      <w:pPr>
        <w:pStyle w:val="Listanumerowana"/>
        <w:numPr>
          <w:ilvl w:val="0"/>
          <w:numId w:val="32"/>
        </w:numPr>
        <w:spacing w:before="100" w:beforeAutospacing="1" w:after="100" w:afterAutospacing="1" w:line="360" w:lineRule="auto"/>
        <w:jc w:val="both"/>
      </w:pPr>
      <w:r w:rsidRPr="00541297">
        <w:t>Przedmiot umowy obejmuje wykonanie kompletnej dokumentacji wraz z badaniami gruntu, częścią rysunkową, analizą formalnoprawną oraz szacunkowym zestawieniem kosztów inwestycji, zgodnie z treścią zaproszenia do składania ofert oraz ofertą Wykonawcy.</w:t>
      </w:r>
    </w:p>
    <w:p w14:paraId="63B3CE96" w14:textId="7AC38E16" w:rsidR="00541297" w:rsidRDefault="00541297" w:rsidP="00595A56">
      <w:pPr>
        <w:pStyle w:val="Listanumerowana"/>
        <w:numPr>
          <w:ilvl w:val="0"/>
          <w:numId w:val="32"/>
        </w:numPr>
        <w:spacing w:before="100" w:beforeAutospacing="1" w:after="100" w:afterAutospacing="1" w:line="360" w:lineRule="auto"/>
        <w:jc w:val="both"/>
      </w:pPr>
      <w:r w:rsidRPr="00541297">
        <w:t>W ramach realizacji umowy Wykonawca zobowiązany jest wykonać co najmniej:</w:t>
      </w:r>
    </w:p>
    <w:p w14:paraId="040942FD" w14:textId="2DFEB1F3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wizję lokalną oczyszczalni ścieków oraz terenu przewidzianego pod lokalizację poletek SDRB,</w:t>
      </w:r>
    </w:p>
    <w:p w14:paraId="725B8600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analizę dokumentów przekazanych przez Zamawiającego,</w:t>
      </w:r>
    </w:p>
    <w:p w14:paraId="3C30A0A4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lastRenderedPageBreak/>
        <w:t>pozyskanie lub weryfikację materiałów mapowych niezbędnych do opracowania PFU,</w:t>
      </w:r>
    </w:p>
    <w:p w14:paraId="308F89F9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95A56">
        <w:t>wykonanie minimum 5 odwiertów badawczych wraz z opracowaniem opinii geotechnicznej/dokumentacji geotechnicznej,</w:t>
      </w:r>
    </w:p>
    <w:p w14:paraId="0DACD97F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bilans osadów oraz obliczenia technologiczne,</w:t>
      </w:r>
    </w:p>
    <w:p w14:paraId="3B208DEA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koncepcję funkcjonalno-przestrzenną i technologiczną systemu SDRB,</w:t>
      </w:r>
    </w:p>
    <w:p w14:paraId="6AF12D5C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analizę powiązania projektowanego systemu z istniejącą i planowaną infrastrukturą oczyszczalni,</w:t>
      </w:r>
    </w:p>
    <w:p w14:paraId="41661D14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analizę formalnoprawną,</w:t>
      </w:r>
    </w:p>
    <w:p w14:paraId="05766F72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szacunkowe zestawienie kosztów inwestycji oraz harmonogram rzeczowo-finansowy,</w:t>
      </w:r>
    </w:p>
    <w:p w14:paraId="2B9E2076" w14:textId="77777777" w:rsidR="00541297" w:rsidRDefault="00541297" w:rsidP="00595A56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opracowanie kompletnego PFU zgodnie z obowiązującymi przepisami,</w:t>
      </w:r>
    </w:p>
    <w:p w14:paraId="59730238" w14:textId="6F48FE9E" w:rsidR="00541297" w:rsidRPr="00541297" w:rsidRDefault="00541297" w:rsidP="00541297">
      <w:pPr>
        <w:pStyle w:val="Listanumerowana"/>
        <w:numPr>
          <w:ilvl w:val="0"/>
          <w:numId w:val="33"/>
        </w:numPr>
        <w:spacing w:before="100" w:beforeAutospacing="1" w:after="100" w:afterAutospacing="1" w:line="360" w:lineRule="auto"/>
        <w:jc w:val="both"/>
      </w:pPr>
      <w:r w:rsidRPr="00541297">
        <w:t>udział w konsultacjach z Zamawiającym i wprowadzenie zgłoszonych uwag.</w:t>
      </w:r>
    </w:p>
    <w:p w14:paraId="2C29036C" w14:textId="6E600B21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595A56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2. Podstawa wykonania</w:t>
      </w:r>
    </w:p>
    <w:p w14:paraId="3C752159" w14:textId="4E482DFF" w:rsidR="00541297" w:rsidRPr="00541297" w:rsidRDefault="00541297" w:rsidP="00595A56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</w:pPr>
      <w:r w:rsidRPr="00541297">
        <w:t>Wykonawca wykona przedmiot umowy zgodnie z:</w:t>
      </w:r>
    </w:p>
    <w:p w14:paraId="748D285F" w14:textId="5699DAD9" w:rsidR="00541297" w:rsidRPr="00541297" w:rsidRDefault="00541297" w:rsidP="00595A56">
      <w:pPr>
        <w:pStyle w:val="Akapitzlist"/>
        <w:numPr>
          <w:ilvl w:val="1"/>
          <w:numId w:val="14"/>
        </w:numPr>
        <w:spacing w:before="100" w:beforeAutospacing="1" w:after="100" w:afterAutospacing="1" w:line="360" w:lineRule="auto"/>
      </w:pPr>
      <w:r w:rsidRPr="00541297">
        <w:t>niniejszą umową,</w:t>
      </w:r>
    </w:p>
    <w:p w14:paraId="6652CAEE" w14:textId="77777777" w:rsidR="00541297" w:rsidRPr="00541297" w:rsidRDefault="00541297" w:rsidP="00541297">
      <w:pPr>
        <w:numPr>
          <w:ilvl w:val="1"/>
          <w:numId w:val="14"/>
        </w:numPr>
        <w:spacing w:before="100" w:beforeAutospacing="1" w:after="100" w:afterAutospacing="1" w:line="360" w:lineRule="auto"/>
      </w:pPr>
      <w:r w:rsidRPr="00541297">
        <w:t>zaproszeniem do składania ofert,</w:t>
      </w:r>
    </w:p>
    <w:p w14:paraId="1140076C" w14:textId="77777777" w:rsidR="00541297" w:rsidRPr="00541297" w:rsidRDefault="00541297" w:rsidP="00541297">
      <w:pPr>
        <w:numPr>
          <w:ilvl w:val="1"/>
          <w:numId w:val="14"/>
        </w:numPr>
        <w:spacing w:before="100" w:beforeAutospacing="1" w:after="100" w:afterAutospacing="1" w:line="360" w:lineRule="auto"/>
      </w:pPr>
      <w:r w:rsidRPr="00541297">
        <w:t>ofertą Wykonawcy,</w:t>
      </w:r>
    </w:p>
    <w:p w14:paraId="6069707B" w14:textId="77777777" w:rsidR="00541297" w:rsidRPr="00541297" w:rsidRDefault="00541297" w:rsidP="00595A56">
      <w:pPr>
        <w:numPr>
          <w:ilvl w:val="1"/>
          <w:numId w:val="14"/>
        </w:numPr>
        <w:spacing w:before="100" w:beforeAutospacing="1" w:after="100" w:afterAutospacing="1" w:line="360" w:lineRule="auto"/>
        <w:jc w:val="both"/>
      </w:pPr>
      <w:r w:rsidRPr="00541297">
        <w:t>obowiązującymi przepisami prawa, w szczególności dotyczącymi zakresu i formy programu funkcjonalno-użytkowego,</w:t>
      </w:r>
    </w:p>
    <w:p w14:paraId="480D0C01" w14:textId="77777777" w:rsidR="00541297" w:rsidRPr="00541297" w:rsidRDefault="00541297" w:rsidP="00595A56">
      <w:pPr>
        <w:numPr>
          <w:ilvl w:val="1"/>
          <w:numId w:val="14"/>
        </w:numPr>
        <w:spacing w:before="100" w:beforeAutospacing="1" w:after="100" w:afterAutospacing="1" w:line="360" w:lineRule="auto"/>
        <w:jc w:val="both"/>
      </w:pPr>
      <w:r w:rsidRPr="00541297">
        <w:t>zasadami wiedzy technicznej oraz należytą starannością wymaganą od podmiotów profesjonalnie wykonujących usługi objęte umową.</w:t>
      </w:r>
    </w:p>
    <w:p w14:paraId="04FC27A9" w14:textId="3993F43B" w:rsidR="00541297" w:rsidRPr="00541297" w:rsidRDefault="00541297" w:rsidP="00541297">
      <w:pPr>
        <w:numPr>
          <w:ilvl w:val="0"/>
          <w:numId w:val="14"/>
        </w:numPr>
        <w:spacing w:before="100" w:beforeAutospacing="1" w:after="100" w:afterAutospacing="1" w:line="360" w:lineRule="auto"/>
      </w:pPr>
      <w:r w:rsidRPr="00541297">
        <w:t>Dokumenty wskazane w ust. 1 stanowią integralną część umowy.</w:t>
      </w:r>
    </w:p>
    <w:p w14:paraId="588A3AEF" w14:textId="2CF28188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595A56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3. Termin realizacji</w:t>
      </w:r>
    </w:p>
    <w:p w14:paraId="39DDCE61" w14:textId="77777777" w:rsidR="00595A56" w:rsidRDefault="00541297" w:rsidP="00595A56">
      <w:pPr>
        <w:numPr>
          <w:ilvl w:val="0"/>
          <w:numId w:val="15"/>
        </w:numPr>
        <w:spacing w:before="100" w:beforeAutospacing="1" w:after="100" w:afterAutospacing="1" w:line="360" w:lineRule="auto"/>
        <w:jc w:val="both"/>
      </w:pPr>
      <w:r w:rsidRPr="00541297">
        <w:t>Wykonawca zobowiązuje się wykonać przedmiot umowy w terminie do 75 dni kalendarzowych od dnia podpisania umowy.</w:t>
      </w:r>
    </w:p>
    <w:p w14:paraId="1277E736" w14:textId="2053B041" w:rsidR="00541297" w:rsidRPr="00541297" w:rsidRDefault="00541297" w:rsidP="0054129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</w:pPr>
      <w:r w:rsidRPr="00541297">
        <w:t>Za termin wykonania umowy uważa się dzień podpisania przez Strony protokołu odbioru końcowego bez istotnych zastrzeżeń.</w:t>
      </w:r>
    </w:p>
    <w:p w14:paraId="1CEDBC17" w14:textId="174E2BC9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595A56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4. Obowiązki Zamawiającego</w:t>
      </w:r>
    </w:p>
    <w:p w14:paraId="67557E0B" w14:textId="77777777" w:rsidR="00541297" w:rsidRPr="00541297" w:rsidRDefault="00541297" w:rsidP="00541297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541297">
        <w:t>Zamawiający zobowiązuje się do:</w:t>
      </w:r>
    </w:p>
    <w:p w14:paraId="55D154F8" w14:textId="1B283913" w:rsidR="00541297" w:rsidRPr="00541297" w:rsidRDefault="00541297" w:rsidP="00595A56">
      <w:pPr>
        <w:pStyle w:val="Akapitzlist"/>
        <w:numPr>
          <w:ilvl w:val="1"/>
          <w:numId w:val="16"/>
        </w:numPr>
        <w:spacing w:before="100" w:beforeAutospacing="1" w:after="100" w:afterAutospacing="1" w:line="360" w:lineRule="auto"/>
        <w:jc w:val="both"/>
      </w:pPr>
      <w:r w:rsidRPr="00541297">
        <w:lastRenderedPageBreak/>
        <w:t>przekazania posiadanych materiałów wyjściowych, w szczególności koncepcji technologicznej, schematu technologicznego, planu zagospodarowania terenu oraz dokumentów wodnoprawnych,</w:t>
      </w:r>
    </w:p>
    <w:p w14:paraId="5AB59A4A" w14:textId="77777777" w:rsidR="00541297" w:rsidRPr="00541297" w:rsidRDefault="00541297" w:rsidP="00595A56">
      <w:pPr>
        <w:numPr>
          <w:ilvl w:val="1"/>
          <w:numId w:val="16"/>
        </w:numPr>
        <w:spacing w:before="100" w:beforeAutospacing="1" w:after="100" w:afterAutospacing="1" w:line="360" w:lineRule="auto"/>
        <w:jc w:val="both"/>
      </w:pPr>
      <w:r w:rsidRPr="00541297">
        <w:t>udostępnienia terenu oczyszczalni w zakresie niezbędnym do przeprowadzenia wizji lokalnej i badań gruntu,</w:t>
      </w:r>
    </w:p>
    <w:p w14:paraId="03ECEDD1" w14:textId="6D3F9F0F" w:rsidR="00541297" w:rsidRPr="00541297" w:rsidRDefault="00541297" w:rsidP="00595A56">
      <w:pPr>
        <w:numPr>
          <w:ilvl w:val="1"/>
          <w:numId w:val="16"/>
        </w:numPr>
        <w:spacing w:before="100" w:beforeAutospacing="1" w:after="100" w:afterAutospacing="1" w:line="360" w:lineRule="auto"/>
        <w:jc w:val="both"/>
      </w:pPr>
      <w:r w:rsidRPr="00541297">
        <w:t xml:space="preserve">współpracy przy realizacji umowy poprzez udzielanie niezbędnych informacji </w:t>
      </w:r>
      <w:r w:rsidR="00595A56">
        <w:br/>
      </w:r>
      <w:r w:rsidRPr="00541297">
        <w:t>i wyjaśnień.</w:t>
      </w:r>
    </w:p>
    <w:p w14:paraId="53F15CF2" w14:textId="22E1305B" w:rsidR="00541297" w:rsidRPr="00541297" w:rsidRDefault="00541297" w:rsidP="00541297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541297">
        <w:t>Przekazanie materiałów nastąpi w terminie do 7 dni od dnia podpisania umowy.</w:t>
      </w:r>
    </w:p>
    <w:p w14:paraId="6D878F38" w14:textId="53FC762B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595A56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5. Obowiązki Wykonawcy</w:t>
      </w:r>
    </w:p>
    <w:p w14:paraId="048E5959" w14:textId="77777777" w:rsidR="00541297" w:rsidRPr="00541297" w:rsidRDefault="00541297" w:rsidP="00595A56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 w:rsidRPr="00541297">
        <w:t>Wykonawca zobowiązuje się do wykonania przedmiotu umowy z należytą starannością, zgodnie z obowiązującymi przepisami oraz zasadami wiedzy technicznej.</w:t>
      </w:r>
    </w:p>
    <w:p w14:paraId="64066480" w14:textId="77777777" w:rsidR="00541297" w:rsidRPr="00541297" w:rsidRDefault="00541297" w:rsidP="00595A56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 w:rsidRPr="00541297">
        <w:t>Wykonawca ponosi pełną odpowiedzialność za działania i zaniechania osób, którymi posługuje się przy realizacji umowy, w tym podwykonawców.</w:t>
      </w:r>
    </w:p>
    <w:p w14:paraId="644A730A" w14:textId="58594054" w:rsidR="00541297" w:rsidRPr="00541297" w:rsidRDefault="00541297" w:rsidP="00595A56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 w:rsidRPr="00541297">
        <w:t>Wykonawca jest zobowiązany do samodzielnej weryfikacji kompletności i przydatności przekazanych materiałów oraz do pozyskania informacji niezbędnych do prawidłowego wykonania umowy.</w:t>
      </w:r>
    </w:p>
    <w:p w14:paraId="17A39D0E" w14:textId="10B8F8E9" w:rsidR="00541297" w:rsidRPr="00541297" w:rsidRDefault="00541297" w:rsidP="00541297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 w:rsidRPr="00541297">
        <w:t>Wykonawca będzie na bieżąco informował Zamawiającego o postępie prac oraz niezwłocznie zgłaszał okoliczności mogące mieć wpływ na termin lub zakres realizacji umowy.</w:t>
      </w:r>
    </w:p>
    <w:p w14:paraId="7ACCEEBC" w14:textId="2331C33C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595A56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6. Badania gruntu</w:t>
      </w:r>
    </w:p>
    <w:p w14:paraId="22EF9B88" w14:textId="77777777" w:rsidR="00541297" w:rsidRPr="00541297" w:rsidRDefault="00541297" w:rsidP="00595A56">
      <w:pPr>
        <w:numPr>
          <w:ilvl w:val="0"/>
          <w:numId w:val="18"/>
        </w:numPr>
        <w:spacing w:before="100" w:beforeAutospacing="1" w:after="100" w:afterAutospacing="1" w:line="360" w:lineRule="auto"/>
        <w:jc w:val="both"/>
      </w:pPr>
      <w:r w:rsidRPr="00541297">
        <w:t>Wykonawca wykona badania gruntu zgodnie z wymaganiami określonymi w zaproszeniu do składania ofert.</w:t>
      </w:r>
    </w:p>
    <w:p w14:paraId="5D2E8633" w14:textId="77777777" w:rsidR="00541297" w:rsidRPr="00541297" w:rsidRDefault="00541297" w:rsidP="00595A56">
      <w:pPr>
        <w:numPr>
          <w:ilvl w:val="0"/>
          <w:numId w:val="18"/>
        </w:numPr>
        <w:spacing w:before="100" w:beforeAutospacing="1" w:after="100" w:afterAutospacing="1" w:line="360" w:lineRule="auto"/>
        <w:jc w:val="both"/>
      </w:pPr>
      <w:r w:rsidRPr="00541297">
        <w:t>Minimalny zakres badań obejmuje:</w:t>
      </w:r>
    </w:p>
    <w:p w14:paraId="5CDF2B8A" w14:textId="645C0E1B" w:rsidR="00541297" w:rsidRPr="00541297" w:rsidRDefault="00541297" w:rsidP="00595A56">
      <w:pPr>
        <w:pStyle w:val="Akapitzlist"/>
        <w:numPr>
          <w:ilvl w:val="1"/>
          <w:numId w:val="18"/>
        </w:numPr>
        <w:spacing w:before="100" w:beforeAutospacing="1" w:after="100" w:afterAutospacing="1" w:line="360" w:lineRule="auto"/>
      </w:pPr>
      <w:r w:rsidRPr="00541297">
        <w:t>minimum 5 odwiertów badawczych,</w:t>
      </w:r>
    </w:p>
    <w:p w14:paraId="7896453D" w14:textId="77777777" w:rsidR="00541297" w:rsidRPr="00541297" w:rsidRDefault="00541297" w:rsidP="00541297">
      <w:pPr>
        <w:numPr>
          <w:ilvl w:val="1"/>
          <w:numId w:val="18"/>
        </w:numPr>
        <w:spacing w:before="100" w:beforeAutospacing="1" w:after="100" w:afterAutospacing="1" w:line="360" w:lineRule="auto"/>
      </w:pPr>
      <w:r w:rsidRPr="00541297">
        <w:t>określenie warstw geotechnicznych i poziomu wód gruntowych,</w:t>
      </w:r>
    </w:p>
    <w:p w14:paraId="37EB3BE2" w14:textId="77777777" w:rsidR="00541297" w:rsidRPr="00541297" w:rsidRDefault="00541297" w:rsidP="00541297">
      <w:pPr>
        <w:numPr>
          <w:ilvl w:val="1"/>
          <w:numId w:val="18"/>
        </w:numPr>
        <w:spacing w:before="100" w:beforeAutospacing="1" w:after="100" w:afterAutospacing="1" w:line="360" w:lineRule="auto"/>
      </w:pPr>
      <w:r w:rsidRPr="00541297">
        <w:t>ocenę nośności i przydatności gruntu,</w:t>
      </w:r>
    </w:p>
    <w:p w14:paraId="56651734" w14:textId="77777777" w:rsidR="00541297" w:rsidRPr="00541297" w:rsidRDefault="00541297" w:rsidP="00541297">
      <w:pPr>
        <w:numPr>
          <w:ilvl w:val="1"/>
          <w:numId w:val="18"/>
        </w:numPr>
        <w:spacing w:before="100" w:beforeAutospacing="1" w:after="100" w:afterAutospacing="1" w:line="360" w:lineRule="auto"/>
      </w:pPr>
      <w:r w:rsidRPr="00541297">
        <w:t>rekomendacje dotyczące przygotowania podłoża,</w:t>
      </w:r>
    </w:p>
    <w:p w14:paraId="7F381861" w14:textId="77777777" w:rsidR="00541297" w:rsidRPr="00541297" w:rsidRDefault="00541297" w:rsidP="00541297">
      <w:pPr>
        <w:numPr>
          <w:ilvl w:val="1"/>
          <w:numId w:val="18"/>
        </w:numPr>
        <w:spacing w:before="100" w:beforeAutospacing="1" w:after="100" w:afterAutospacing="1" w:line="360" w:lineRule="auto"/>
      </w:pPr>
      <w:r w:rsidRPr="00541297">
        <w:t>opracowanie kart otworów, przekrojów geotechnicznych oraz opinii geotechnicznej.</w:t>
      </w:r>
    </w:p>
    <w:p w14:paraId="3C9C7BCD" w14:textId="670209E0" w:rsidR="00541297" w:rsidRPr="00541297" w:rsidRDefault="00541297" w:rsidP="00541297">
      <w:pPr>
        <w:numPr>
          <w:ilvl w:val="0"/>
          <w:numId w:val="18"/>
        </w:numPr>
        <w:spacing w:before="100" w:beforeAutospacing="1" w:after="100" w:afterAutospacing="1" w:line="360" w:lineRule="auto"/>
        <w:jc w:val="both"/>
      </w:pPr>
      <w:r w:rsidRPr="00541297">
        <w:t>Koszty badań gruntu, prac terenowych, dojazdów i opracowania dokumentacji geotechnicznej obciążają Wykonawcę i są objęte wynagrodzeniem ryczałtowym.</w:t>
      </w:r>
    </w:p>
    <w:p w14:paraId="5A4644D5" w14:textId="77777777" w:rsidR="00541297" w:rsidRPr="00541297" w:rsidRDefault="00541297" w:rsidP="00595A56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lastRenderedPageBreak/>
        <w:t>§7. Forma i liczba egzemplarzy</w:t>
      </w:r>
    </w:p>
    <w:p w14:paraId="54CB85A8" w14:textId="77777777" w:rsidR="00541297" w:rsidRPr="00541297" w:rsidRDefault="00541297" w:rsidP="00541297">
      <w:pPr>
        <w:numPr>
          <w:ilvl w:val="0"/>
          <w:numId w:val="19"/>
        </w:numPr>
        <w:spacing w:before="100" w:beforeAutospacing="1" w:after="100" w:afterAutospacing="1" w:line="360" w:lineRule="auto"/>
      </w:pPr>
      <w:r w:rsidRPr="00541297">
        <w:t>Wykonawca przekaże Zamawiającemu dokumentację w następującej formie:</w:t>
      </w:r>
    </w:p>
    <w:p w14:paraId="1ED3558D" w14:textId="00CE851C" w:rsidR="00541297" w:rsidRPr="00541297" w:rsidRDefault="00541297" w:rsidP="00595A56">
      <w:pPr>
        <w:pStyle w:val="Akapitzlist"/>
        <w:numPr>
          <w:ilvl w:val="1"/>
          <w:numId w:val="19"/>
        </w:numPr>
        <w:spacing w:before="100" w:beforeAutospacing="1" w:after="100" w:afterAutospacing="1" w:line="360" w:lineRule="auto"/>
      </w:pPr>
      <w:r w:rsidRPr="00541297">
        <w:t>PFU w wersji papierowej – 3 egzemplarze,</w:t>
      </w:r>
    </w:p>
    <w:p w14:paraId="2C85BBB2" w14:textId="77777777" w:rsidR="00541297" w:rsidRPr="00541297" w:rsidRDefault="00541297" w:rsidP="00541297">
      <w:pPr>
        <w:numPr>
          <w:ilvl w:val="1"/>
          <w:numId w:val="19"/>
        </w:numPr>
        <w:spacing w:before="100" w:beforeAutospacing="1" w:after="100" w:afterAutospacing="1" w:line="360" w:lineRule="auto"/>
      </w:pPr>
      <w:r w:rsidRPr="00541297">
        <w:t>PFU w wersji elektronicznej edytowalnej – DOCX oraz PDF,</w:t>
      </w:r>
    </w:p>
    <w:p w14:paraId="217E5B5B" w14:textId="77777777" w:rsidR="00541297" w:rsidRPr="00541297" w:rsidRDefault="00541297" w:rsidP="00541297">
      <w:pPr>
        <w:numPr>
          <w:ilvl w:val="1"/>
          <w:numId w:val="19"/>
        </w:numPr>
        <w:spacing w:before="100" w:beforeAutospacing="1" w:after="100" w:afterAutospacing="1" w:line="360" w:lineRule="auto"/>
      </w:pPr>
      <w:r w:rsidRPr="00541297">
        <w:t>część rysunkowa – PDF oraz DWG/DXF albo inny uzgodniony format edytowalny,</w:t>
      </w:r>
    </w:p>
    <w:p w14:paraId="078374AC" w14:textId="77777777" w:rsidR="00541297" w:rsidRPr="00541297" w:rsidRDefault="00541297" w:rsidP="00541297">
      <w:pPr>
        <w:numPr>
          <w:ilvl w:val="1"/>
          <w:numId w:val="19"/>
        </w:numPr>
        <w:spacing w:before="100" w:beforeAutospacing="1" w:after="100" w:afterAutospacing="1" w:line="360" w:lineRule="auto"/>
      </w:pPr>
      <w:r w:rsidRPr="00541297">
        <w:t>dokumentacja geotechniczna – PDF oraz 3 egzemplarze papierowe,</w:t>
      </w:r>
    </w:p>
    <w:p w14:paraId="591FB051" w14:textId="77777777" w:rsidR="00541297" w:rsidRPr="00541297" w:rsidRDefault="00541297" w:rsidP="00541297">
      <w:pPr>
        <w:numPr>
          <w:ilvl w:val="1"/>
          <w:numId w:val="19"/>
        </w:numPr>
        <w:spacing w:before="100" w:beforeAutospacing="1" w:after="100" w:afterAutospacing="1" w:line="360" w:lineRule="auto"/>
      </w:pPr>
      <w:r w:rsidRPr="00541297">
        <w:t>zestawienie kosztów – XLSX oraz PDF,</w:t>
      </w:r>
    </w:p>
    <w:p w14:paraId="2FBBF85B" w14:textId="77777777" w:rsidR="00541297" w:rsidRPr="00541297" w:rsidRDefault="00541297" w:rsidP="00541297">
      <w:pPr>
        <w:numPr>
          <w:ilvl w:val="1"/>
          <w:numId w:val="19"/>
        </w:numPr>
        <w:spacing w:before="100" w:beforeAutospacing="1" w:after="100" w:afterAutospacing="1" w:line="360" w:lineRule="auto"/>
      </w:pPr>
      <w:r w:rsidRPr="00541297">
        <w:t>komplet plików na nośniku elektronicznym lub przekazany drogą elektroniczną.</w:t>
      </w:r>
    </w:p>
    <w:p w14:paraId="28FE4316" w14:textId="05444175" w:rsidR="00541297" w:rsidRPr="00541297" w:rsidRDefault="00541297" w:rsidP="00541297">
      <w:pPr>
        <w:numPr>
          <w:ilvl w:val="0"/>
          <w:numId w:val="19"/>
        </w:numPr>
        <w:spacing w:before="100" w:beforeAutospacing="1" w:after="100" w:afterAutospacing="1" w:line="360" w:lineRule="auto"/>
        <w:jc w:val="both"/>
      </w:pPr>
      <w:r w:rsidRPr="00541297">
        <w:t>Dokumentacja powinna być kompletna i umożliwiać wykorzystanie jej jako opisu przedmiotu zamówienia dla przyszłego postępowania w formule „zaprojektuj i wybuduj”.</w:t>
      </w:r>
    </w:p>
    <w:p w14:paraId="3D605BF0" w14:textId="268FD9F5" w:rsidR="00541297" w:rsidRPr="00541297" w:rsidRDefault="00541297" w:rsidP="00936E7D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36E7D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8. Wynagrodzenie</w:t>
      </w:r>
    </w:p>
    <w:p w14:paraId="2DA298AE" w14:textId="14FE9969" w:rsidR="00541297" w:rsidRPr="00541297" w:rsidRDefault="00541297" w:rsidP="00936E7D">
      <w:pPr>
        <w:numPr>
          <w:ilvl w:val="0"/>
          <w:numId w:val="20"/>
        </w:numPr>
        <w:spacing w:line="360" w:lineRule="auto"/>
        <w:jc w:val="both"/>
      </w:pPr>
      <w:r w:rsidRPr="00541297">
        <w:t>Za wykonanie przedmiotu umowy Zamawiający zapłaci Wykonawcy wynagrodzenie ryczałtowe w wysokości:</w:t>
      </w:r>
      <w:r w:rsidR="00936E7D">
        <w:t xml:space="preserve"> ……</w:t>
      </w:r>
    </w:p>
    <w:p w14:paraId="51C81623" w14:textId="77777777" w:rsidR="00541297" w:rsidRPr="00541297" w:rsidRDefault="00541297" w:rsidP="00936E7D">
      <w:pPr>
        <w:numPr>
          <w:ilvl w:val="0"/>
          <w:numId w:val="22"/>
        </w:numPr>
        <w:spacing w:line="360" w:lineRule="auto"/>
        <w:jc w:val="both"/>
      </w:pPr>
      <w:r w:rsidRPr="00541297">
        <w:t>Wynagrodzenie obejmuje wszelkie koszty niezbędne do wykonania umowy, w szczególności koszty badań gruntu, prac terenowych, opracowań branżowych, konsultacji, dojazdów, przekazania dokumentacji oraz wprowadzenia uwag Zamawiającego.</w:t>
      </w:r>
    </w:p>
    <w:p w14:paraId="7C4AECD6" w14:textId="7DBCA83F" w:rsidR="00541297" w:rsidRPr="00541297" w:rsidRDefault="00541297" w:rsidP="00541297">
      <w:pPr>
        <w:numPr>
          <w:ilvl w:val="0"/>
          <w:numId w:val="22"/>
        </w:numPr>
        <w:spacing w:before="100" w:beforeAutospacing="1" w:after="100" w:afterAutospacing="1" w:line="360" w:lineRule="auto"/>
        <w:jc w:val="both"/>
      </w:pPr>
      <w:r w:rsidRPr="00541297">
        <w:t>Wykonawcy nie przysługuje roszczenie o podwyższenie wynagrodzenia z tytułu niedoszacowania zakresu prac.</w:t>
      </w:r>
    </w:p>
    <w:p w14:paraId="616CC480" w14:textId="498F7801" w:rsidR="00541297" w:rsidRPr="00541297" w:rsidRDefault="00541297" w:rsidP="00936E7D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36E7D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9. Warunki płatności</w:t>
      </w:r>
    </w:p>
    <w:p w14:paraId="24BB5EF5" w14:textId="77777777" w:rsidR="00541297" w:rsidRPr="00541297" w:rsidRDefault="00541297" w:rsidP="00936E7D">
      <w:pPr>
        <w:numPr>
          <w:ilvl w:val="0"/>
          <w:numId w:val="23"/>
        </w:numPr>
        <w:spacing w:before="100" w:beforeAutospacing="1" w:after="100" w:afterAutospacing="1" w:line="360" w:lineRule="auto"/>
        <w:jc w:val="both"/>
      </w:pPr>
      <w:r w:rsidRPr="00541297">
        <w:t>Rozliczenie nastąpi jednorazowo po protokolarnym odbiorze kompletnej dokumentacji bez istotnych zastrzeżeń.</w:t>
      </w:r>
    </w:p>
    <w:p w14:paraId="4336AB87" w14:textId="77777777" w:rsidR="00541297" w:rsidRPr="00541297" w:rsidRDefault="00541297" w:rsidP="00936E7D">
      <w:pPr>
        <w:numPr>
          <w:ilvl w:val="0"/>
          <w:numId w:val="23"/>
        </w:numPr>
        <w:spacing w:before="100" w:beforeAutospacing="1" w:after="100" w:afterAutospacing="1" w:line="360" w:lineRule="auto"/>
        <w:jc w:val="both"/>
      </w:pPr>
      <w:r w:rsidRPr="00541297">
        <w:t>Podstawą wystawienia faktury jest podpisany przez Strony protokół odbioru końcowego.</w:t>
      </w:r>
    </w:p>
    <w:p w14:paraId="235F41AC" w14:textId="77777777" w:rsidR="00541297" w:rsidRDefault="00541297" w:rsidP="00936E7D">
      <w:pPr>
        <w:numPr>
          <w:ilvl w:val="0"/>
          <w:numId w:val="23"/>
        </w:numPr>
        <w:spacing w:before="100" w:beforeAutospacing="1" w:after="100" w:afterAutospacing="1" w:line="360" w:lineRule="auto"/>
        <w:jc w:val="both"/>
      </w:pPr>
      <w:r w:rsidRPr="00541297">
        <w:t>Zapłata nastąpi przelewem na rachunek bankowy Wykonawcy wskazany na fakturze w terminie 14 dni od dnia doręczenia prawidłowo wystawionej faktury.</w:t>
      </w:r>
    </w:p>
    <w:p w14:paraId="0F2F5877" w14:textId="5FA77336" w:rsidR="00936E7D" w:rsidRPr="00936E7D" w:rsidRDefault="00936E7D" w:rsidP="00936E7D">
      <w:pPr>
        <w:pStyle w:val="Akapitzlist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b/>
          <w:bCs/>
          <w:lang w:val="x-none"/>
        </w:rPr>
      </w:pPr>
      <w:r w:rsidRPr="00936E7D">
        <w:rPr>
          <w:bCs/>
          <w:lang w:val="x-none"/>
        </w:rPr>
        <w:t>Fakturę VAT należy wystawiać zgodnie z poniższymi danymi</w:t>
      </w:r>
      <w:r w:rsidRPr="00936E7D">
        <w:rPr>
          <w:bCs/>
        </w:rPr>
        <w:t>:</w:t>
      </w:r>
      <w:r w:rsidRPr="00936E7D">
        <w:rPr>
          <w:b/>
          <w:bCs/>
          <w:lang w:val="x-none"/>
        </w:rPr>
        <w:t xml:space="preserve"> </w:t>
      </w:r>
    </w:p>
    <w:p w14:paraId="5FDA3490" w14:textId="77777777" w:rsidR="00936E7D" w:rsidRDefault="00936E7D" w:rsidP="00936E7D">
      <w:pPr>
        <w:spacing w:line="360" w:lineRule="auto"/>
        <w:ind w:left="720"/>
      </w:pPr>
      <w:r w:rsidRPr="00936E7D">
        <w:t xml:space="preserve">Nabywca:                                                        </w:t>
      </w:r>
    </w:p>
    <w:p w14:paraId="3A62EB0C" w14:textId="77777777" w:rsidR="00936E7D" w:rsidRDefault="00936E7D" w:rsidP="00936E7D">
      <w:pPr>
        <w:spacing w:line="360" w:lineRule="auto"/>
        <w:ind w:left="720"/>
      </w:pPr>
      <w:r w:rsidRPr="00936E7D">
        <w:t xml:space="preserve">Gmina Wilczęta,        </w:t>
      </w:r>
    </w:p>
    <w:p w14:paraId="380D46A1" w14:textId="14A431DF" w:rsidR="00936E7D" w:rsidRDefault="00936E7D" w:rsidP="00936E7D">
      <w:pPr>
        <w:spacing w:line="360" w:lineRule="auto"/>
        <w:ind w:left="720"/>
      </w:pPr>
      <w:r w:rsidRPr="00936E7D">
        <w:t xml:space="preserve">Wilczęta 84, 14-405 Wilczęta,                        </w:t>
      </w:r>
    </w:p>
    <w:p w14:paraId="4CF54C42" w14:textId="56A58B29" w:rsidR="00936E7D" w:rsidRDefault="00936E7D" w:rsidP="00936E7D">
      <w:pPr>
        <w:spacing w:line="360" w:lineRule="auto"/>
        <w:ind w:left="720"/>
      </w:pPr>
      <w:r w:rsidRPr="00936E7D">
        <w:t xml:space="preserve">NIP 582-160-14-47.           </w:t>
      </w:r>
    </w:p>
    <w:p w14:paraId="39F748F7" w14:textId="116FC977" w:rsidR="00936E7D" w:rsidRDefault="00936E7D" w:rsidP="00936E7D">
      <w:pPr>
        <w:spacing w:line="360" w:lineRule="auto"/>
        <w:ind w:left="720"/>
      </w:pPr>
      <w:r w:rsidRPr="00936E7D">
        <w:lastRenderedPageBreak/>
        <w:t>Odbiorca:</w:t>
      </w:r>
    </w:p>
    <w:p w14:paraId="2E2E7831" w14:textId="4B5222F7" w:rsidR="00936E7D" w:rsidRDefault="00936E7D" w:rsidP="00936E7D">
      <w:pPr>
        <w:spacing w:line="360" w:lineRule="auto"/>
        <w:ind w:left="720"/>
      </w:pPr>
      <w:r w:rsidRPr="00936E7D">
        <w:t>Urząd Gminy Wilczęta</w:t>
      </w:r>
    </w:p>
    <w:p w14:paraId="091A5CE7" w14:textId="45C15061" w:rsidR="00936E7D" w:rsidRDefault="00936E7D" w:rsidP="00936E7D">
      <w:pPr>
        <w:spacing w:line="360" w:lineRule="auto"/>
        <w:ind w:left="720"/>
      </w:pPr>
      <w:r w:rsidRPr="00936E7D">
        <w:t>Wilczęta 84, 14-405 Wilczęta,</w:t>
      </w:r>
    </w:p>
    <w:p w14:paraId="6BE831EF" w14:textId="17509706" w:rsidR="00936E7D" w:rsidRPr="00541297" w:rsidRDefault="00936E7D" w:rsidP="00936E7D">
      <w:pPr>
        <w:spacing w:line="360" w:lineRule="auto"/>
        <w:ind w:left="720"/>
      </w:pPr>
      <w:r w:rsidRPr="00936E7D">
        <w:t xml:space="preserve">NIP 582-000-55-07                                     </w:t>
      </w:r>
    </w:p>
    <w:p w14:paraId="471C3F33" w14:textId="2FFBAFEA" w:rsidR="00541297" w:rsidRPr="00541297" w:rsidRDefault="00541297" w:rsidP="00541297">
      <w:pPr>
        <w:numPr>
          <w:ilvl w:val="0"/>
          <w:numId w:val="23"/>
        </w:numPr>
        <w:spacing w:line="360" w:lineRule="auto"/>
        <w:jc w:val="both"/>
      </w:pPr>
      <w:r w:rsidRPr="00541297">
        <w:t>Za dzień zapłaty uważa się dzień obciążenia rachunku bankowego Zamawiającego.</w:t>
      </w:r>
    </w:p>
    <w:p w14:paraId="21B17453" w14:textId="19095635" w:rsidR="00541297" w:rsidRPr="00541297" w:rsidRDefault="00541297" w:rsidP="00936E7D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36E7D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10. Odbiór dokumentacji</w:t>
      </w:r>
    </w:p>
    <w:p w14:paraId="2FC8641A" w14:textId="77777777" w:rsidR="00541297" w:rsidRPr="00541297" w:rsidRDefault="00541297" w:rsidP="009F480E">
      <w:pPr>
        <w:numPr>
          <w:ilvl w:val="0"/>
          <w:numId w:val="24"/>
        </w:numPr>
        <w:spacing w:before="100" w:beforeAutospacing="1" w:after="100" w:afterAutospacing="1" w:line="360" w:lineRule="auto"/>
        <w:jc w:val="both"/>
      </w:pPr>
      <w:r w:rsidRPr="00541297">
        <w:t>Wykonawca zgłosi Zamawiającemu gotowość do odbioru dokumentacji.</w:t>
      </w:r>
    </w:p>
    <w:p w14:paraId="35B50C04" w14:textId="77777777" w:rsidR="00541297" w:rsidRPr="00541297" w:rsidRDefault="00541297" w:rsidP="009F480E">
      <w:pPr>
        <w:numPr>
          <w:ilvl w:val="0"/>
          <w:numId w:val="24"/>
        </w:numPr>
        <w:spacing w:before="100" w:beforeAutospacing="1" w:after="100" w:afterAutospacing="1" w:line="360" w:lineRule="auto"/>
        <w:jc w:val="both"/>
      </w:pPr>
      <w:r w:rsidRPr="00541297">
        <w:t>Zamawiający dokona weryfikacji dokumentacji w terminie do 14 dni od dnia jej otrzymania.</w:t>
      </w:r>
    </w:p>
    <w:p w14:paraId="7D9AD5BC" w14:textId="77777777" w:rsidR="00541297" w:rsidRPr="00541297" w:rsidRDefault="00541297" w:rsidP="00541297">
      <w:pPr>
        <w:numPr>
          <w:ilvl w:val="0"/>
          <w:numId w:val="24"/>
        </w:numPr>
        <w:spacing w:before="100" w:beforeAutospacing="1" w:after="100" w:afterAutospacing="1" w:line="360" w:lineRule="auto"/>
      </w:pPr>
      <w:r w:rsidRPr="00541297">
        <w:t>W przypadku stwierdzenia wad lub braków Zamawiający może:</w:t>
      </w:r>
    </w:p>
    <w:p w14:paraId="380676CC" w14:textId="30422132" w:rsidR="00541297" w:rsidRPr="00541297" w:rsidRDefault="00541297" w:rsidP="009F480E">
      <w:pPr>
        <w:pStyle w:val="Akapitzlist"/>
        <w:numPr>
          <w:ilvl w:val="1"/>
          <w:numId w:val="24"/>
        </w:numPr>
        <w:spacing w:before="100" w:beforeAutospacing="1" w:after="100" w:afterAutospacing="1" w:line="360" w:lineRule="auto"/>
      </w:pPr>
      <w:r w:rsidRPr="00541297">
        <w:t>odmówić odbioru do czasu ich usunięcia,</w:t>
      </w:r>
    </w:p>
    <w:p w14:paraId="6B08405B" w14:textId="77777777" w:rsidR="00541297" w:rsidRPr="00541297" w:rsidRDefault="00541297" w:rsidP="00541297">
      <w:pPr>
        <w:numPr>
          <w:ilvl w:val="1"/>
          <w:numId w:val="24"/>
        </w:numPr>
        <w:spacing w:before="100" w:beforeAutospacing="1" w:after="100" w:afterAutospacing="1" w:line="360" w:lineRule="auto"/>
      </w:pPr>
      <w:r w:rsidRPr="00541297">
        <w:t>wyznaczyć termin na dokonanie poprawek lub uzupełnień.</w:t>
      </w:r>
    </w:p>
    <w:p w14:paraId="3699D181" w14:textId="77777777" w:rsidR="00541297" w:rsidRPr="00541297" w:rsidRDefault="00541297" w:rsidP="00541297">
      <w:pPr>
        <w:numPr>
          <w:ilvl w:val="0"/>
          <w:numId w:val="24"/>
        </w:numPr>
        <w:spacing w:before="100" w:beforeAutospacing="1" w:after="100" w:afterAutospacing="1" w:line="360" w:lineRule="auto"/>
      </w:pPr>
      <w:r w:rsidRPr="00541297">
        <w:t>Usunięcie wad lub braków nastąpi w terminie uzgodnionym przez Strony, nie dłuższym jednak niż 14 dni, chyba że charakter wad wymaga dłuższego terminu.</w:t>
      </w:r>
    </w:p>
    <w:p w14:paraId="183D6B65" w14:textId="6EAF8E47" w:rsidR="00541297" w:rsidRPr="00541297" w:rsidRDefault="00541297" w:rsidP="0054129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</w:pPr>
      <w:r w:rsidRPr="00541297">
        <w:t>Odbiór dokumentacji zostanie potwierdzony protokołem podpisanym przez obie Strony.</w:t>
      </w:r>
    </w:p>
    <w:p w14:paraId="074DC3DB" w14:textId="5FF2350C" w:rsidR="00541297" w:rsidRPr="00541297" w:rsidRDefault="00541297" w:rsidP="009F480E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F480E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11. Gwarancja i odpowiedzialność</w:t>
      </w:r>
    </w:p>
    <w:p w14:paraId="4D5F6AF2" w14:textId="77777777" w:rsidR="00541297" w:rsidRPr="00541297" w:rsidRDefault="00541297" w:rsidP="009F480E">
      <w:pPr>
        <w:numPr>
          <w:ilvl w:val="0"/>
          <w:numId w:val="25"/>
        </w:numPr>
        <w:spacing w:before="100" w:beforeAutospacing="1" w:after="100" w:afterAutospacing="1" w:line="360" w:lineRule="auto"/>
        <w:jc w:val="both"/>
      </w:pPr>
      <w:r w:rsidRPr="00541297">
        <w:t>Wykonawca udziela 24-miesięcznej gwarancji jakości na wykonaną dokumentację, licząc od dnia podpisania protokołu odbioru końcowego.</w:t>
      </w:r>
    </w:p>
    <w:p w14:paraId="60969D34" w14:textId="77777777" w:rsidR="00541297" w:rsidRPr="00541297" w:rsidRDefault="00541297" w:rsidP="009F480E">
      <w:pPr>
        <w:numPr>
          <w:ilvl w:val="0"/>
          <w:numId w:val="25"/>
        </w:numPr>
        <w:spacing w:before="100" w:beforeAutospacing="1" w:after="100" w:afterAutospacing="1" w:line="360" w:lineRule="auto"/>
        <w:jc w:val="both"/>
      </w:pPr>
      <w:r w:rsidRPr="00541297">
        <w:t>W okresie gwarancji Wykonawca zobowiązuje się nieodpłatnie usuwać stwierdzone wady dokumentacji w terminie 14 dni od dnia zgłoszenia przez Zamawiającego, chyba że Strony uzgodnią inny termin.</w:t>
      </w:r>
    </w:p>
    <w:p w14:paraId="30AE6821" w14:textId="2FB19D3E" w:rsidR="00541297" w:rsidRPr="00541297" w:rsidRDefault="00541297" w:rsidP="00541297">
      <w:pPr>
        <w:numPr>
          <w:ilvl w:val="0"/>
          <w:numId w:val="25"/>
        </w:numPr>
        <w:spacing w:before="100" w:beforeAutospacing="1" w:after="100" w:afterAutospacing="1" w:line="360" w:lineRule="auto"/>
      </w:pPr>
      <w:r w:rsidRPr="00541297">
        <w:t>Wykonawca ponosi odpowiedzialność za zgodność dokumentacji z przepisami prawa, normami oraz zasadami wiedzy technicznej obowiązującymi na dzień przekazania dokumentacji.</w:t>
      </w:r>
    </w:p>
    <w:p w14:paraId="2DDD7B7A" w14:textId="4BEA0D84" w:rsidR="00541297" w:rsidRPr="00541297" w:rsidRDefault="00541297" w:rsidP="009F480E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F480E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12. Prawa autorskie</w:t>
      </w:r>
    </w:p>
    <w:p w14:paraId="24D6C7B8" w14:textId="6D15716B" w:rsidR="00541297" w:rsidRPr="00541297" w:rsidRDefault="00541297" w:rsidP="009F480E">
      <w:pPr>
        <w:numPr>
          <w:ilvl w:val="0"/>
          <w:numId w:val="26"/>
        </w:numPr>
        <w:spacing w:before="100" w:beforeAutospacing="1" w:after="100" w:afterAutospacing="1" w:line="360" w:lineRule="auto"/>
        <w:jc w:val="both"/>
      </w:pPr>
      <w:r w:rsidRPr="00541297">
        <w:t>Z chwilą zapłaty wynagrodzenia określonego w §</w:t>
      </w:r>
      <w:r w:rsidR="009F480E">
        <w:t xml:space="preserve"> </w:t>
      </w:r>
      <w:r w:rsidRPr="00541297">
        <w:t>8 Wykonawca przenosi na Zamawiającego autorskie prawa majątkowe do wszelkiej dokumentacji powstałej w ramach realizacji umowy.</w:t>
      </w:r>
    </w:p>
    <w:p w14:paraId="5EB8B3DC" w14:textId="6AAD085C" w:rsidR="00541297" w:rsidRPr="00541297" w:rsidRDefault="00541297" w:rsidP="009F480E">
      <w:pPr>
        <w:numPr>
          <w:ilvl w:val="0"/>
          <w:numId w:val="26"/>
        </w:numPr>
        <w:spacing w:before="100" w:beforeAutospacing="1" w:after="100" w:afterAutospacing="1" w:line="360" w:lineRule="auto"/>
        <w:jc w:val="both"/>
      </w:pPr>
      <w:r w:rsidRPr="00541297">
        <w:t xml:space="preserve">Przeniesienie praw obejmuje pola eksploatacji wskazane w zaproszeniu do składania ofert, </w:t>
      </w:r>
      <w:r w:rsidR="009F480E">
        <w:br/>
      </w:r>
      <w:r w:rsidRPr="00541297">
        <w:t>w szczególności:</w:t>
      </w:r>
    </w:p>
    <w:p w14:paraId="6ED8ECD7" w14:textId="0DAA184E" w:rsidR="00541297" w:rsidRPr="00541297" w:rsidRDefault="00541297" w:rsidP="009F480E">
      <w:pPr>
        <w:pStyle w:val="Akapitzlist"/>
        <w:numPr>
          <w:ilvl w:val="1"/>
          <w:numId w:val="26"/>
        </w:numPr>
        <w:spacing w:before="100" w:beforeAutospacing="1" w:after="100" w:afterAutospacing="1" w:line="360" w:lineRule="auto"/>
      </w:pPr>
      <w:r w:rsidRPr="00541297">
        <w:t>utrwalanie i zwielokrotnianie dowolną techniką,</w:t>
      </w:r>
    </w:p>
    <w:p w14:paraId="1302DFDB" w14:textId="77777777" w:rsidR="00541297" w:rsidRPr="00541297" w:rsidRDefault="00541297" w:rsidP="00541297">
      <w:pPr>
        <w:numPr>
          <w:ilvl w:val="1"/>
          <w:numId w:val="26"/>
        </w:numPr>
        <w:spacing w:before="100" w:beforeAutospacing="1" w:after="100" w:afterAutospacing="1" w:line="360" w:lineRule="auto"/>
      </w:pPr>
      <w:r w:rsidRPr="00541297">
        <w:t>wprowadzanie do pamięci komputera i systemów teleinformatycznych,</w:t>
      </w:r>
    </w:p>
    <w:p w14:paraId="70528FAD" w14:textId="77777777" w:rsidR="00541297" w:rsidRPr="00541297" w:rsidRDefault="00541297" w:rsidP="00541297">
      <w:pPr>
        <w:numPr>
          <w:ilvl w:val="1"/>
          <w:numId w:val="26"/>
        </w:numPr>
        <w:spacing w:before="100" w:beforeAutospacing="1" w:after="100" w:afterAutospacing="1" w:line="360" w:lineRule="auto"/>
      </w:pPr>
      <w:r w:rsidRPr="00541297">
        <w:lastRenderedPageBreak/>
        <w:t>publikację jako załącznika do postępowań o udzielenie zamówienia,</w:t>
      </w:r>
    </w:p>
    <w:p w14:paraId="2A5EC5C0" w14:textId="77777777" w:rsidR="00541297" w:rsidRPr="00541297" w:rsidRDefault="00541297" w:rsidP="00541297">
      <w:pPr>
        <w:numPr>
          <w:ilvl w:val="1"/>
          <w:numId w:val="26"/>
        </w:numPr>
        <w:spacing w:before="100" w:beforeAutospacing="1" w:after="100" w:afterAutospacing="1" w:line="360" w:lineRule="auto"/>
      </w:pPr>
      <w:r w:rsidRPr="00541297">
        <w:t>udostępnianie wykonawcom robót, organom administracji i podmiotom finansującym,</w:t>
      </w:r>
    </w:p>
    <w:p w14:paraId="10D531CB" w14:textId="77777777" w:rsidR="00541297" w:rsidRPr="00541297" w:rsidRDefault="00541297" w:rsidP="00541297">
      <w:pPr>
        <w:numPr>
          <w:ilvl w:val="1"/>
          <w:numId w:val="26"/>
        </w:numPr>
        <w:spacing w:before="100" w:beforeAutospacing="1" w:after="100" w:afterAutospacing="1" w:line="360" w:lineRule="auto"/>
      </w:pPr>
      <w:r w:rsidRPr="00541297">
        <w:t>wykorzystanie do opracowania dokumentacji projektowej, uzyskania decyzji administracyjnych i realizacji robót,</w:t>
      </w:r>
    </w:p>
    <w:p w14:paraId="5DE3E075" w14:textId="77777777" w:rsidR="00541297" w:rsidRPr="00541297" w:rsidRDefault="00541297" w:rsidP="00541297">
      <w:pPr>
        <w:numPr>
          <w:ilvl w:val="1"/>
          <w:numId w:val="26"/>
        </w:numPr>
        <w:spacing w:before="100" w:beforeAutospacing="1" w:after="100" w:afterAutospacing="1" w:line="360" w:lineRule="auto"/>
      </w:pPr>
      <w:r w:rsidRPr="00541297">
        <w:t>dokonywanie zmian, uzupełnień i adaptacji dokumentacji z poszanowaniem autorskich praw osobistych.</w:t>
      </w:r>
    </w:p>
    <w:p w14:paraId="0D8729CC" w14:textId="3B61D7FE" w:rsidR="00541297" w:rsidRPr="00541297" w:rsidRDefault="00541297" w:rsidP="0054129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</w:pPr>
      <w:r w:rsidRPr="00541297">
        <w:t>Wynagrodzenie określone w §</w:t>
      </w:r>
      <w:r w:rsidR="009F480E">
        <w:t xml:space="preserve"> </w:t>
      </w:r>
      <w:r w:rsidRPr="00541297">
        <w:t>8 obejmuje wynagrodzenie za przeniesienie autorskich praw majątkowych.</w:t>
      </w:r>
    </w:p>
    <w:p w14:paraId="155B30E2" w14:textId="33A7F84D" w:rsidR="00541297" w:rsidRPr="00541297" w:rsidRDefault="00541297" w:rsidP="009F480E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F480E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13. Kary umowne</w:t>
      </w:r>
    </w:p>
    <w:p w14:paraId="666F034C" w14:textId="77777777" w:rsidR="00541297" w:rsidRPr="00541297" w:rsidRDefault="00541297" w:rsidP="00541297">
      <w:pPr>
        <w:numPr>
          <w:ilvl w:val="0"/>
          <w:numId w:val="27"/>
        </w:numPr>
        <w:spacing w:before="100" w:beforeAutospacing="1" w:after="100" w:afterAutospacing="1" w:line="360" w:lineRule="auto"/>
      </w:pPr>
      <w:r w:rsidRPr="00541297">
        <w:t>Wykonawca zapłaci Zamawiającemu kary umowne:</w:t>
      </w:r>
    </w:p>
    <w:p w14:paraId="4BDE7976" w14:textId="19F2526E" w:rsidR="00541297" w:rsidRPr="009F480E" w:rsidRDefault="00541297" w:rsidP="009F480E">
      <w:pPr>
        <w:pStyle w:val="Akapitzlist"/>
        <w:numPr>
          <w:ilvl w:val="1"/>
          <w:numId w:val="27"/>
        </w:numPr>
        <w:spacing w:before="100" w:beforeAutospacing="1" w:after="100" w:afterAutospacing="1" w:line="360" w:lineRule="auto"/>
        <w:jc w:val="both"/>
      </w:pPr>
      <w:r w:rsidRPr="009F480E">
        <w:t xml:space="preserve">za zwłokę w wykonaniu przedmiotu umowy – </w:t>
      </w:r>
      <w:r w:rsidR="009F480E">
        <w:t xml:space="preserve">1 </w:t>
      </w:r>
      <w:r w:rsidRPr="009F480E">
        <w:t xml:space="preserve">% wynagrodzenia brutto określonego </w:t>
      </w:r>
      <w:r w:rsidR="009F480E">
        <w:br/>
      </w:r>
      <w:r w:rsidRPr="009F480E">
        <w:t>w §8 ust. 1 za każdy dzień zwłoki,</w:t>
      </w:r>
    </w:p>
    <w:p w14:paraId="30E69190" w14:textId="7F5278D4" w:rsidR="00541297" w:rsidRPr="00541297" w:rsidRDefault="00541297" w:rsidP="00541297">
      <w:pPr>
        <w:numPr>
          <w:ilvl w:val="1"/>
          <w:numId w:val="27"/>
        </w:numPr>
        <w:spacing w:before="100" w:beforeAutospacing="1" w:after="100" w:afterAutospacing="1" w:line="360" w:lineRule="auto"/>
      </w:pPr>
      <w:r w:rsidRPr="00541297">
        <w:t>za zwłokę w usunięciu wad dokumentacji – 0,</w:t>
      </w:r>
      <w:r w:rsidR="009F480E">
        <w:t xml:space="preserve">5 </w:t>
      </w:r>
      <w:r w:rsidRPr="00541297">
        <w:t>% wynagrodzenia brutto za każdy dzień zwłoki,</w:t>
      </w:r>
    </w:p>
    <w:p w14:paraId="186B1828" w14:textId="5A9BDB28" w:rsidR="00541297" w:rsidRPr="00541297" w:rsidRDefault="00541297" w:rsidP="009F480E">
      <w:pPr>
        <w:numPr>
          <w:ilvl w:val="1"/>
          <w:numId w:val="27"/>
        </w:numPr>
        <w:spacing w:before="100" w:beforeAutospacing="1" w:after="100" w:afterAutospacing="1" w:line="360" w:lineRule="auto"/>
        <w:jc w:val="both"/>
      </w:pPr>
      <w:r w:rsidRPr="00541297">
        <w:t xml:space="preserve">za odstąpienie od umowy z przyczyn leżących po stronie Wykonawcy – </w:t>
      </w:r>
      <w:r w:rsidR="009F480E" w:rsidRPr="009F480E">
        <w:t>2</w:t>
      </w:r>
      <w:r w:rsidRPr="00541297">
        <w:t>0% wynagrodzenia brutto.</w:t>
      </w:r>
    </w:p>
    <w:p w14:paraId="5F8A7E03" w14:textId="1B13623D" w:rsidR="00541297" w:rsidRPr="00541297" w:rsidRDefault="00541297" w:rsidP="00541297">
      <w:pPr>
        <w:numPr>
          <w:ilvl w:val="0"/>
          <w:numId w:val="27"/>
        </w:numPr>
        <w:spacing w:before="100" w:beforeAutospacing="1" w:after="100" w:afterAutospacing="1" w:line="360" w:lineRule="auto"/>
      </w:pPr>
      <w:r w:rsidRPr="00541297">
        <w:t xml:space="preserve">Łączna wysokość kar umownych nie może przekroczyć </w:t>
      </w:r>
      <w:r w:rsidR="009F480E">
        <w:t>3</w:t>
      </w:r>
      <w:r w:rsidRPr="00541297">
        <w:t>0% wynagrodzenia brutto określonego w §</w:t>
      </w:r>
      <w:r w:rsidR="009F480E">
        <w:t xml:space="preserve"> </w:t>
      </w:r>
      <w:r w:rsidRPr="00541297">
        <w:t>8 ust. 1.</w:t>
      </w:r>
    </w:p>
    <w:p w14:paraId="2EB3B341" w14:textId="06D8831F" w:rsidR="00541297" w:rsidRPr="00541297" w:rsidRDefault="00541297" w:rsidP="0054129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</w:pPr>
      <w:r w:rsidRPr="00541297">
        <w:t>Zamawiający może dochodzić odszkodowania uzupełniającego przewyższającego wysokość zastrzeżonych kar umownych na zasadach ogólnych.</w:t>
      </w:r>
    </w:p>
    <w:p w14:paraId="3EF083C7" w14:textId="3B2AF2E3" w:rsidR="00541297" w:rsidRPr="00541297" w:rsidRDefault="00541297" w:rsidP="009F480E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F480E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14. Odstąpienie od umowy</w:t>
      </w:r>
    </w:p>
    <w:p w14:paraId="2BFC47DB" w14:textId="77777777" w:rsidR="00541297" w:rsidRPr="00541297" w:rsidRDefault="00541297" w:rsidP="00541297">
      <w:pPr>
        <w:numPr>
          <w:ilvl w:val="0"/>
          <w:numId w:val="28"/>
        </w:numPr>
        <w:spacing w:before="100" w:beforeAutospacing="1" w:after="100" w:afterAutospacing="1" w:line="360" w:lineRule="auto"/>
      </w:pPr>
      <w:r w:rsidRPr="00541297">
        <w:t>Zamawiający może odstąpić od umowy w całości lub w części, jeżeli:</w:t>
      </w:r>
    </w:p>
    <w:p w14:paraId="085D58E1" w14:textId="595D485E" w:rsidR="00541297" w:rsidRPr="00541297" w:rsidRDefault="00541297" w:rsidP="009F480E">
      <w:pPr>
        <w:pStyle w:val="Akapitzlist"/>
        <w:numPr>
          <w:ilvl w:val="1"/>
          <w:numId w:val="28"/>
        </w:numPr>
        <w:spacing w:before="100" w:beforeAutospacing="1" w:after="100" w:afterAutospacing="1" w:line="360" w:lineRule="auto"/>
      </w:pPr>
      <w:r w:rsidRPr="00541297">
        <w:t>Wykonawca opóźnia się z realizacją umowy o więcej niż 21 dni,</w:t>
      </w:r>
    </w:p>
    <w:p w14:paraId="00276BAF" w14:textId="77777777" w:rsidR="00541297" w:rsidRPr="00541297" w:rsidRDefault="00541297" w:rsidP="009F480E">
      <w:pPr>
        <w:numPr>
          <w:ilvl w:val="1"/>
          <w:numId w:val="28"/>
        </w:numPr>
        <w:spacing w:before="100" w:beforeAutospacing="1" w:after="100" w:afterAutospacing="1" w:line="360" w:lineRule="auto"/>
        <w:jc w:val="both"/>
      </w:pPr>
      <w:r w:rsidRPr="00541297">
        <w:t>Wykonawca wykonuje umowę w sposób sprzeczny z jej postanowieniami i nie zmieni sposobu wykonywania mimo pisemnego wezwania,</w:t>
      </w:r>
    </w:p>
    <w:p w14:paraId="035AD80B" w14:textId="77777777" w:rsidR="00541297" w:rsidRPr="00541297" w:rsidRDefault="00541297" w:rsidP="009F480E">
      <w:pPr>
        <w:numPr>
          <w:ilvl w:val="1"/>
          <w:numId w:val="28"/>
        </w:numPr>
        <w:spacing w:before="100" w:beforeAutospacing="1" w:after="100" w:afterAutospacing="1" w:line="360" w:lineRule="auto"/>
        <w:jc w:val="both"/>
      </w:pPr>
      <w:r w:rsidRPr="00541297">
        <w:t>Wykonawca przerwie realizację prac na okres dłuższy niż 14 dni bez uzasadnionej przyczyny.</w:t>
      </w:r>
    </w:p>
    <w:p w14:paraId="4F1ECBB4" w14:textId="77777777" w:rsidR="00541297" w:rsidRPr="00541297" w:rsidRDefault="00541297" w:rsidP="009F480E">
      <w:pPr>
        <w:numPr>
          <w:ilvl w:val="0"/>
          <w:numId w:val="28"/>
        </w:numPr>
        <w:spacing w:before="100" w:beforeAutospacing="1" w:after="100" w:afterAutospacing="1" w:line="360" w:lineRule="auto"/>
        <w:jc w:val="both"/>
      </w:pPr>
      <w:r w:rsidRPr="00541297">
        <w:t>Odstąpienie wymaga formy pisemnej pod rygorem nieważności i powinno zawierać uzasadnienie.</w:t>
      </w:r>
    </w:p>
    <w:p w14:paraId="32EDDD86" w14:textId="6CD11AD7" w:rsidR="00541297" w:rsidRPr="00541297" w:rsidRDefault="00541297" w:rsidP="00541297">
      <w:pPr>
        <w:numPr>
          <w:ilvl w:val="0"/>
          <w:numId w:val="28"/>
        </w:numPr>
        <w:spacing w:before="100" w:beforeAutospacing="1" w:after="100" w:afterAutospacing="1" w:line="360" w:lineRule="auto"/>
      </w:pPr>
      <w:r w:rsidRPr="00541297">
        <w:t>W przypadku odstąpienia Strony sporządzą protokół określający stan zaawansowania prac.</w:t>
      </w:r>
    </w:p>
    <w:p w14:paraId="6A583485" w14:textId="2CFF8D76" w:rsidR="00541297" w:rsidRPr="00541297" w:rsidRDefault="00541297" w:rsidP="009F480E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lastRenderedPageBreak/>
        <w:t>§</w:t>
      </w:r>
      <w:r w:rsidR="009F480E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15. Zmiany umowy</w:t>
      </w:r>
    </w:p>
    <w:p w14:paraId="54E3C029" w14:textId="77777777" w:rsidR="00541297" w:rsidRPr="00541297" w:rsidRDefault="00541297" w:rsidP="00541297">
      <w:pPr>
        <w:numPr>
          <w:ilvl w:val="0"/>
          <w:numId w:val="29"/>
        </w:numPr>
        <w:spacing w:before="100" w:beforeAutospacing="1" w:after="100" w:afterAutospacing="1" w:line="360" w:lineRule="auto"/>
      </w:pPr>
      <w:r w:rsidRPr="00541297">
        <w:t>Wszelkie zmiany umowy wymagają formy pisemnej pod rygorem nieważności.</w:t>
      </w:r>
    </w:p>
    <w:p w14:paraId="404FC9AC" w14:textId="77777777" w:rsidR="00541297" w:rsidRPr="00541297" w:rsidRDefault="00541297" w:rsidP="00541297">
      <w:pPr>
        <w:numPr>
          <w:ilvl w:val="0"/>
          <w:numId w:val="29"/>
        </w:numPr>
        <w:spacing w:before="100" w:beforeAutospacing="1" w:after="100" w:afterAutospacing="1" w:line="360" w:lineRule="auto"/>
      </w:pPr>
      <w:r w:rsidRPr="00541297">
        <w:t>Dopuszcza się zmianę terminu realizacji w przypadku:</w:t>
      </w:r>
    </w:p>
    <w:p w14:paraId="4FF8B116" w14:textId="1C103D22" w:rsidR="00541297" w:rsidRPr="00541297" w:rsidRDefault="00541297" w:rsidP="009F480E">
      <w:pPr>
        <w:pStyle w:val="Akapitzlist"/>
        <w:numPr>
          <w:ilvl w:val="1"/>
          <w:numId w:val="29"/>
        </w:numPr>
        <w:spacing w:before="100" w:beforeAutospacing="1" w:after="100" w:afterAutospacing="1" w:line="360" w:lineRule="auto"/>
      </w:pPr>
      <w:r w:rsidRPr="00541297">
        <w:t>działania siły wyższej,</w:t>
      </w:r>
    </w:p>
    <w:p w14:paraId="12AE7E86" w14:textId="77777777" w:rsidR="00541297" w:rsidRPr="00541297" w:rsidRDefault="00541297" w:rsidP="00541297">
      <w:pPr>
        <w:numPr>
          <w:ilvl w:val="1"/>
          <w:numId w:val="29"/>
        </w:numPr>
        <w:spacing w:before="100" w:beforeAutospacing="1" w:after="100" w:afterAutospacing="1" w:line="360" w:lineRule="auto"/>
      </w:pPr>
      <w:r w:rsidRPr="00541297">
        <w:t>opóźnienia w przekazaniu materiałów przez Zamawiającego,</w:t>
      </w:r>
    </w:p>
    <w:p w14:paraId="4B3892E0" w14:textId="6068D60E" w:rsidR="00541297" w:rsidRPr="00541297" w:rsidRDefault="00541297" w:rsidP="009F480E">
      <w:pPr>
        <w:numPr>
          <w:ilvl w:val="1"/>
          <w:numId w:val="29"/>
        </w:numPr>
        <w:spacing w:before="100" w:beforeAutospacing="1" w:after="100" w:afterAutospacing="1" w:line="360" w:lineRule="auto"/>
        <w:jc w:val="both"/>
      </w:pPr>
      <w:r w:rsidRPr="00541297">
        <w:t xml:space="preserve">konieczności wykonania dodatkowych badań geotechnicznych wynikających </w:t>
      </w:r>
      <w:r w:rsidR="009F480E">
        <w:br/>
      </w:r>
      <w:r w:rsidRPr="00541297">
        <w:t>z ujawnionych warunków gruntowo-wodnych,</w:t>
      </w:r>
    </w:p>
    <w:p w14:paraId="7CBCB3E1" w14:textId="7012EFE6" w:rsidR="00541297" w:rsidRPr="00541297" w:rsidRDefault="00541297" w:rsidP="00541297">
      <w:pPr>
        <w:numPr>
          <w:ilvl w:val="1"/>
          <w:numId w:val="29"/>
        </w:numPr>
        <w:spacing w:before="100" w:beforeAutospacing="1" w:after="100" w:afterAutospacing="1" w:line="360" w:lineRule="auto"/>
        <w:jc w:val="both"/>
      </w:pPr>
      <w:r w:rsidRPr="00541297">
        <w:t>wystąpienia okoliczności niezależnych od Wykonawcy, których nie można było przewidzieć przy zachowaniu należytej staranności.</w:t>
      </w:r>
    </w:p>
    <w:p w14:paraId="6E4DBCD7" w14:textId="24AE3767" w:rsidR="00541297" w:rsidRPr="00541297" w:rsidRDefault="00541297" w:rsidP="009F480E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</w:rPr>
      </w:pPr>
      <w:r w:rsidRPr="00541297">
        <w:rPr>
          <w:b/>
          <w:bCs/>
          <w:kern w:val="36"/>
        </w:rPr>
        <w:t>§</w:t>
      </w:r>
      <w:r w:rsidR="009F480E">
        <w:rPr>
          <w:b/>
          <w:bCs/>
          <w:kern w:val="36"/>
        </w:rPr>
        <w:t xml:space="preserve"> </w:t>
      </w:r>
      <w:r w:rsidRPr="00541297">
        <w:rPr>
          <w:b/>
          <w:bCs/>
          <w:kern w:val="36"/>
        </w:rPr>
        <w:t>1</w:t>
      </w:r>
      <w:r w:rsidR="009F480E">
        <w:rPr>
          <w:b/>
          <w:bCs/>
          <w:kern w:val="36"/>
        </w:rPr>
        <w:t>6</w:t>
      </w:r>
      <w:r w:rsidRPr="00541297">
        <w:rPr>
          <w:b/>
          <w:bCs/>
          <w:kern w:val="36"/>
        </w:rPr>
        <w:t>. Postanowienia końcowe</w:t>
      </w:r>
    </w:p>
    <w:p w14:paraId="375278EB" w14:textId="77777777" w:rsidR="00541297" w:rsidRPr="00541297" w:rsidRDefault="00541297" w:rsidP="009F480E">
      <w:pPr>
        <w:numPr>
          <w:ilvl w:val="0"/>
          <w:numId w:val="31"/>
        </w:numPr>
        <w:spacing w:before="100" w:beforeAutospacing="1" w:after="100" w:afterAutospacing="1" w:line="360" w:lineRule="auto"/>
        <w:jc w:val="both"/>
      </w:pPr>
      <w:r w:rsidRPr="00541297">
        <w:t>W sprawach nieuregulowanych umową mają zastosowanie przepisy Kodeksu cywilnego oraz właściwe przepisy prawa polskiego.</w:t>
      </w:r>
    </w:p>
    <w:p w14:paraId="71F5B01A" w14:textId="77777777" w:rsidR="00541297" w:rsidRPr="00541297" w:rsidRDefault="00541297" w:rsidP="009F480E">
      <w:pPr>
        <w:numPr>
          <w:ilvl w:val="0"/>
          <w:numId w:val="31"/>
        </w:numPr>
        <w:spacing w:before="100" w:beforeAutospacing="1" w:after="100" w:afterAutospacing="1" w:line="360" w:lineRule="auto"/>
        <w:jc w:val="both"/>
      </w:pPr>
      <w:r w:rsidRPr="00541297">
        <w:t>Spory wynikłe z realizacji umowy Strony będą starały się rozwiązać polubownie, a w przypadku braku porozumienia będą poddane rozstrzygnięciu sądu właściwego miejscowo dla siedziby Zamawiającego.</w:t>
      </w:r>
    </w:p>
    <w:p w14:paraId="1C3B5437" w14:textId="0EBD3F16" w:rsidR="00541297" w:rsidRPr="00541297" w:rsidRDefault="00541297" w:rsidP="00541297">
      <w:pPr>
        <w:numPr>
          <w:ilvl w:val="0"/>
          <w:numId w:val="31"/>
        </w:numPr>
        <w:spacing w:before="100" w:beforeAutospacing="1" w:after="100" w:afterAutospacing="1" w:line="360" w:lineRule="auto"/>
        <w:jc w:val="both"/>
      </w:pPr>
      <w:r w:rsidRPr="00541297">
        <w:t>Umowę sporządzono w dwóch jednobrzmiących egzemplarzach, po jednym dla każdej ze Stron.</w:t>
      </w:r>
    </w:p>
    <w:p w14:paraId="2B1A8C63" w14:textId="3EF3F9FF" w:rsidR="00541297" w:rsidRDefault="00541297" w:rsidP="009F480E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541297">
        <w:rPr>
          <w:b/>
          <w:bCs/>
        </w:rPr>
        <w:t>ZAMAWIAJĄCY</w:t>
      </w:r>
      <w:r w:rsidR="009F480E">
        <w:rPr>
          <w:b/>
          <w:bCs/>
        </w:rPr>
        <w:t xml:space="preserve">                                WYKONAWCA</w:t>
      </w:r>
    </w:p>
    <w:p w14:paraId="39A2EE06" w14:textId="77777777" w:rsidR="009F480E" w:rsidRDefault="009F480E" w:rsidP="009F480E">
      <w:pPr>
        <w:spacing w:before="100" w:beforeAutospacing="1" w:after="100" w:afterAutospacing="1" w:line="360" w:lineRule="auto"/>
        <w:jc w:val="center"/>
        <w:rPr>
          <w:b/>
          <w:bCs/>
        </w:rPr>
      </w:pPr>
    </w:p>
    <w:p w14:paraId="296D8628" w14:textId="77777777" w:rsidR="009F480E" w:rsidRPr="00541297" w:rsidRDefault="009F480E" w:rsidP="009F480E">
      <w:pPr>
        <w:spacing w:before="100" w:beforeAutospacing="1" w:after="100" w:afterAutospacing="1" w:line="360" w:lineRule="auto"/>
        <w:jc w:val="center"/>
      </w:pPr>
    </w:p>
    <w:p w14:paraId="161BCCEF" w14:textId="297F9163" w:rsidR="00541297" w:rsidRPr="00541297" w:rsidRDefault="00541297" w:rsidP="009F480E">
      <w:pPr>
        <w:spacing w:before="100" w:beforeAutospacing="1" w:after="100" w:afterAutospacing="1" w:line="360" w:lineRule="auto"/>
        <w:jc w:val="center"/>
      </w:pPr>
      <w:r w:rsidRPr="00541297">
        <w:t>....................................................</w:t>
      </w:r>
      <w:r w:rsidR="009F480E">
        <w:t xml:space="preserve">            </w:t>
      </w:r>
      <w:r w:rsidRPr="00541297">
        <w:t>....................................................</w:t>
      </w:r>
    </w:p>
    <w:p w14:paraId="5A5A6E0E" w14:textId="77777777" w:rsidR="00541297" w:rsidRPr="00541297" w:rsidRDefault="00541297" w:rsidP="00541297">
      <w:pPr>
        <w:spacing w:line="360" w:lineRule="auto"/>
      </w:pPr>
    </w:p>
    <w:p w14:paraId="4EAC84D8" w14:textId="77777777" w:rsidR="00C170C4" w:rsidRPr="00541297" w:rsidRDefault="00C170C4" w:rsidP="00541297">
      <w:pPr>
        <w:spacing w:after="100" w:line="360" w:lineRule="auto"/>
      </w:pPr>
    </w:p>
    <w:sectPr w:rsidR="00C170C4" w:rsidRPr="00541297" w:rsidSect="00034616">
      <w:foot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C854" w14:textId="77777777" w:rsidR="006926B6" w:rsidRDefault="006926B6">
      <w:r>
        <w:separator/>
      </w:r>
    </w:p>
  </w:endnote>
  <w:endnote w:type="continuationSeparator" w:id="0">
    <w:p w14:paraId="7EE2B594" w14:textId="77777777" w:rsidR="006926B6" w:rsidRDefault="0069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4567" w14:textId="74B9AB10" w:rsidR="004B6FFA" w:rsidRPr="0029313D" w:rsidRDefault="0029313D">
    <w:pPr>
      <w:pStyle w:val="Stopka"/>
      <w:jc w:val="center"/>
    </w:pPr>
    <w:r w:rsidRPr="0029313D">
      <w:rPr>
        <w:sz w:val="16"/>
      </w:rPr>
      <w:t xml:space="preserve">Zaproszenie do składania ofert </w:t>
    </w:r>
    <w:r w:rsidR="00465CAF">
      <w:rPr>
        <w:sz w:val="16"/>
      </w:rPr>
      <w:t xml:space="preserve">na wykonanie zadania pn. </w:t>
    </w:r>
    <w:r w:rsidR="00465CAF" w:rsidRPr="00465CAF">
      <w:rPr>
        <w:sz w:val="16"/>
      </w:rPr>
      <w:t>„Rozbudowa oczyszczalni ścieków w Wilczętach poprzez budowę trzcinowych poletek osadowych do zagospodarowania osadów ściekowych wraz z niezbędną infrastrukturą towarzyszącą – opracowanie programu funkcjonalno-użytkowego”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9489" w14:textId="77777777" w:rsidR="006926B6" w:rsidRDefault="006926B6">
      <w:r>
        <w:separator/>
      </w:r>
    </w:p>
  </w:footnote>
  <w:footnote w:type="continuationSeparator" w:id="0">
    <w:p w14:paraId="05949A18" w14:textId="77777777" w:rsidR="006926B6" w:rsidRDefault="00692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DFEAB3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478D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D4245"/>
    <w:multiLevelType w:val="multilevel"/>
    <w:tmpl w:val="57745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AC7DA7"/>
    <w:multiLevelType w:val="multilevel"/>
    <w:tmpl w:val="C5FE3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20315B"/>
    <w:multiLevelType w:val="multilevel"/>
    <w:tmpl w:val="3DE299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A74877"/>
    <w:multiLevelType w:val="multilevel"/>
    <w:tmpl w:val="F5A4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264754"/>
    <w:multiLevelType w:val="hybridMultilevel"/>
    <w:tmpl w:val="5AD86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B3FDE"/>
    <w:multiLevelType w:val="multilevel"/>
    <w:tmpl w:val="ECE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03D15B4"/>
    <w:multiLevelType w:val="hybridMultilevel"/>
    <w:tmpl w:val="83DE5A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9615F8F"/>
    <w:multiLevelType w:val="multilevel"/>
    <w:tmpl w:val="F446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B500A6"/>
    <w:multiLevelType w:val="multilevel"/>
    <w:tmpl w:val="9616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BB5AC8"/>
    <w:multiLevelType w:val="multilevel"/>
    <w:tmpl w:val="E2EE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25F1A"/>
    <w:multiLevelType w:val="multilevel"/>
    <w:tmpl w:val="A48C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3D4EDC"/>
    <w:multiLevelType w:val="multilevel"/>
    <w:tmpl w:val="15E2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58374A"/>
    <w:multiLevelType w:val="multilevel"/>
    <w:tmpl w:val="8B54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760B4D"/>
    <w:multiLevelType w:val="multilevel"/>
    <w:tmpl w:val="2B327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391F3C"/>
    <w:multiLevelType w:val="multilevel"/>
    <w:tmpl w:val="2EF0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C92FF3"/>
    <w:multiLevelType w:val="multilevel"/>
    <w:tmpl w:val="7D06D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E04538"/>
    <w:multiLevelType w:val="multilevel"/>
    <w:tmpl w:val="6B70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E2003B"/>
    <w:multiLevelType w:val="multilevel"/>
    <w:tmpl w:val="FC0C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02057"/>
    <w:multiLevelType w:val="multilevel"/>
    <w:tmpl w:val="E7C87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C6CBA"/>
    <w:multiLevelType w:val="multilevel"/>
    <w:tmpl w:val="67D2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436AC2"/>
    <w:multiLevelType w:val="multilevel"/>
    <w:tmpl w:val="C3BED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18186F"/>
    <w:multiLevelType w:val="multilevel"/>
    <w:tmpl w:val="3478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83496">
    <w:abstractNumId w:val="8"/>
  </w:num>
  <w:num w:numId="2" w16cid:durableId="672488949">
    <w:abstractNumId w:val="6"/>
  </w:num>
  <w:num w:numId="3" w16cid:durableId="1413509984">
    <w:abstractNumId w:val="5"/>
  </w:num>
  <w:num w:numId="4" w16cid:durableId="251207680">
    <w:abstractNumId w:val="4"/>
  </w:num>
  <w:num w:numId="5" w16cid:durableId="1645693043">
    <w:abstractNumId w:val="7"/>
  </w:num>
  <w:num w:numId="6" w16cid:durableId="1369187047">
    <w:abstractNumId w:val="3"/>
  </w:num>
  <w:num w:numId="7" w16cid:durableId="997735737">
    <w:abstractNumId w:val="2"/>
  </w:num>
  <w:num w:numId="8" w16cid:durableId="833840564">
    <w:abstractNumId w:val="1"/>
  </w:num>
  <w:num w:numId="9" w16cid:durableId="2008248637">
    <w:abstractNumId w:val="0"/>
  </w:num>
  <w:num w:numId="10" w16cid:durableId="208958517">
    <w:abstractNumId w:val="7"/>
    <w:lvlOverride w:ilvl="0">
      <w:startOverride w:val="1"/>
    </w:lvlOverride>
  </w:num>
  <w:num w:numId="11" w16cid:durableId="1917936122">
    <w:abstractNumId w:val="13"/>
  </w:num>
  <w:num w:numId="12" w16cid:durableId="660501007">
    <w:abstractNumId w:val="20"/>
  </w:num>
  <w:num w:numId="13" w16cid:durableId="1401096704">
    <w:abstractNumId w:val="11"/>
  </w:num>
  <w:num w:numId="14" w16cid:durableId="815143987">
    <w:abstractNumId w:val="19"/>
  </w:num>
  <w:num w:numId="15" w16cid:durableId="583729367">
    <w:abstractNumId w:val="30"/>
  </w:num>
  <w:num w:numId="16" w16cid:durableId="1431313922">
    <w:abstractNumId w:val="24"/>
  </w:num>
  <w:num w:numId="17" w16cid:durableId="184177496">
    <w:abstractNumId w:val="29"/>
  </w:num>
  <w:num w:numId="18" w16cid:durableId="1687633275">
    <w:abstractNumId w:val="16"/>
  </w:num>
  <w:num w:numId="19" w16cid:durableId="1061253796">
    <w:abstractNumId w:val="23"/>
  </w:num>
  <w:num w:numId="20" w16cid:durableId="365300812">
    <w:abstractNumId w:val="21"/>
  </w:num>
  <w:num w:numId="21" w16cid:durableId="933510126">
    <w:abstractNumId w:val="26"/>
  </w:num>
  <w:num w:numId="22" w16cid:durableId="1013142415">
    <w:abstractNumId w:val="27"/>
  </w:num>
  <w:num w:numId="23" w16cid:durableId="1014107893">
    <w:abstractNumId w:val="22"/>
  </w:num>
  <w:num w:numId="24" w16cid:durableId="1931766980">
    <w:abstractNumId w:val="10"/>
  </w:num>
  <w:num w:numId="25" w16cid:durableId="82991638">
    <w:abstractNumId w:val="25"/>
  </w:num>
  <w:num w:numId="26" w16cid:durableId="1100955535">
    <w:abstractNumId w:val="17"/>
  </w:num>
  <w:num w:numId="27" w16cid:durableId="1801026358">
    <w:abstractNumId w:val="9"/>
  </w:num>
  <w:num w:numId="28" w16cid:durableId="173688846">
    <w:abstractNumId w:val="12"/>
  </w:num>
  <w:num w:numId="29" w16cid:durableId="762454154">
    <w:abstractNumId w:val="28"/>
  </w:num>
  <w:num w:numId="30" w16cid:durableId="1816607301">
    <w:abstractNumId w:val="14"/>
  </w:num>
  <w:num w:numId="31" w16cid:durableId="1502545242">
    <w:abstractNumId w:val="18"/>
  </w:num>
  <w:num w:numId="32" w16cid:durableId="1015689591">
    <w:abstractNumId w:val="7"/>
    <w:lvlOverride w:ilvl="0">
      <w:startOverride w:val="1"/>
    </w:lvlOverride>
  </w:num>
  <w:num w:numId="33" w16cid:durableId="380515601">
    <w:abstractNumId w:val="15"/>
  </w:num>
  <w:num w:numId="34" w16cid:durableId="410735618">
    <w:abstractNumId w:val="7"/>
  </w:num>
  <w:num w:numId="35" w16cid:durableId="452795724">
    <w:abstractNumId w:val="7"/>
  </w:num>
  <w:num w:numId="36" w16cid:durableId="563873240">
    <w:abstractNumId w:val="7"/>
  </w:num>
  <w:num w:numId="37" w16cid:durableId="498623978">
    <w:abstractNumId w:val="7"/>
  </w:num>
  <w:num w:numId="38" w16cid:durableId="1486319348">
    <w:abstractNumId w:val="7"/>
  </w:num>
  <w:num w:numId="39" w16cid:durableId="444544468">
    <w:abstractNumId w:val="7"/>
  </w:num>
  <w:num w:numId="40" w16cid:durableId="252393817">
    <w:abstractNumId w:val="7"/>
  </w:num>
  <w:num w:numId="41" w16cid:durableId="120809800">
    <w:abstractNumId w:val="7"/>
  </w:num>
  <w:num w:numId="42" w16cid:durableId="15391982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4677"/>
    <w:rsid w:val="0029313D"/>
    <w:rsid w:val="0029639D"/>
    <w:rsid w:val="00326F90"/>
    <w:rsid w:val="003338D1"/>
    <w:rsid w:val="00465CAF"/>
    <w:rsid w:val="004825FC"/>
    <w:rsid w:val="004B6FFA"/>
    <w:rsid w:val="00541297"/>
    <w:rsid w:val="00595A56"/>
    <w:rsid w:val="006926B6"/>
    <w:rsid w:val="007D5D07"/>
    <w:rsid w:val="00806D01"/>
    <w:rsid w:val="00874C3F"/>
    <w:rsid w:val="00936E7D"/>
    <w:rsid w:val="009F480E"/>
    <w:rsid w:val="00AA1D8D"/>
    <w:rsid w:val="00AB53B0"/>
    <w:rsid w:val="00B27D2B"/>
    <w:rsid w:val="00B3169D"/>
    <w:rsid w:val="00B47730"/>
    <w:rsid w:val="00B633A6"/>
    <w:rsid w:val="00C170C4"/>
    <w:rsid w:val="00CB0664"/>
    <w:rsid w:val="00DC3699"/>
    <w:rsid w:val="00E13C3E"/>
    <w:rsid w:val="00E36FA3"/>
    <w:rsid w:val="00E961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C8854"/>
  <w14:defaultImageDpi w14:val="300"/>
  <w15:docId w15:val="{823A546B-7EFE-4D77-8882-FDF16549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5412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1952</Words>
  <Characters>11712</Characters>
  <Application>Microsoft Office Word</Application>
  <DocSecurity>0</DocSecurity>
  <Lines>97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PFU SDRB Wilczęta</vt:lpstr>
      <vt:lpstr/>
    </vt:vector>
  </TitlesOfParts>
  <Manager/>
  <Company/>
  <LinksUpToDate>false</LinksUpToDate>
  <CharactersWithSpaces>13637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PFU SDRB Wilczęta</dc:title>
  <dc:subject>Program Funkcjonalno-Użytkowy dla trzcinowych poletek osadowych</dc:subject>
  <dc:creator>Alicja Październik</dc:creator>
  <cp:keywords>PFU, SDRB, poletka trzcinowe, Wilczęta, osady ściekowe</cp:keywords>
  <dc:description>Wersja robocza przygotowana do dalszej weryfikacji formalnej.</dc:description>
  <cp:lastModifiedBy>Alicja Październik</cp:lastModifiedBy>
  <cp:revision>4</cp:revision>
  <cp:lastPrinted>2026-07-27T05:51:00Z</cp:lastPrinted>
  <dcterms:created xsi:type="dcterms:W3CDTF">2026-07-27T05:50:00Z</dcterms:created>
  <dcterms:modified xsi:type="dcterms:W3CDTF">2026-07-27T05:53:00Z</dcterms:modified>
  <cp:category/>
</cp:coreProperties>
</file>